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FAFE" w14:textId="2F9EDA13" w:rsidR="007D5AC6" w:rsidRDefault="00642A79">
      <w:pPr>
        <w:keepLines/>
        <w:widowControl w:val="0"/>
        <w:tabs>
          <w:tab w:val="right" w:pos="9911"/>
        </w:tabs>
        <w:spacing w:line="320" w:lineRule="exact"/>
        <w:ind w:left="280" w:right="280"/>
      </w:pPr>
      <w:r>
        <w:rPr>
          <w:rFonts w:eastAsia="Verdana" w:cs="Verdana"/>
          <w:sz w:val="16"/>
          <w:lang w:val="pl-PL"/>
        </w:rPr>
        <w:t>..........................</w:t>
      </w:r>
      <w:r w:rsidR="00F54168">
        <w:rPr>
          <w:rFonts w:eastAsia="Verdana" w:cs="Verdana"/>
          <w:sz w:val="16"/>
          <w:lang w:val="pl-PL"/>
        </w:rPr>
        <w:t>..................</w:t>
      </w:r>
      <w:r>
        <w:tab/>
      </w:r>
      <w:r>
        <w:rPr>
          <w:rFonts w:eastAsia="Verdana" w:cs="Verdana"/>
          <w:sz w:val="16"/>
          <w:lang w:val="pl-PL"/>
        </w:rPr>
        <w:t>Łódź</w:t>
      </w:r>
      <w:r w:rsidR="00F54168">
        <w:rPr>
          <w:rFonts w:eastAsia="Verdana" w:cs="Verdana"/>
          <w:sz w:val="16"/>
          <w:lang w:val="pl-PL"/>
        </w:rPr>
        <w:t>, dnia</w:t>
      </w:r>
      <w:r>
        <w:rPr>
          <w:rFonts w:eastAsia="Verdana" w:cs="Verdana"/>
          <w:sz w:val="16"/>
          <w:lang w:val="pl-PL"/>
        </w:rPr>
        <w:t>...........................</w:t>
      </w:r>
      <w:r>
        <w:br/>
      </w:r>
      <w:r>
        <w:rPr>
          <w:rFonts w:eastAsia="Verdana" w:cs="Verdana"/>
          <w:sz w:val="16"/>
          <w:lang w:val="pl-PL"/>
        </w:rPr>
        <w:t>...........................</w:t>
      </w:r>
      <w:r w:rsidR="00F54168">
        <w:rPr>
          <w:rFonts w:eastAsia="Verdana" w:cs="Verdana"/>
          <w:sz w:val="16"/>
          <w:lang w:val="pl-PL"/>
        </w:rPr>
        <w:t>.................</w:t>
      </w:r>
      <w:r>
        <w:br/>
      </w:r>
      <w:r>
        <w:rPr>
          <w:rFonts w:eastAsia="Verdana" w:cs="Verdana"/>
          <w:sz w:val="16"/>
          <w:lang w:val="pl-PL"/>
        </w:rPr>
        <w:t>Nr podania: ...........................</w:t>
      </w:r>
    </w:p>
    <w:p w14:paraId="748FB66A" w14:textId="77777777" w:rsidR="007D5AC6" w:rsidRDefault="007D5AC6">
      <w:pPr>
        <w:keepLines/>
        <w:widowControl w:val="0"/>
        <w:spacing w:line="312" w:lineRule="exact"/>
      </w:pPr>
    </w:p>
    <w:p w14:paraId="48560009" w14:textId="77777777" w:rsidR="007D5AC6" w:rsidRDefault="00642A79">
      <w:pPr>
        <w:keepLines/>
        <w:widowControl w:val="0"/>
        <w:spacing w:line="320" w:lineRule="exact"/>
        <w:ind w:left="280" w:right="280"/>
        <w:jc w:val="center"/>
      </w:pPr>
      <w:r>
        <w:rPr>
          <w:rFonts w:eastAsia="Verdana" w:cs="Verdana"/>
          <w:sz w:val="18"/>
          <w:lang w:val="pl-PL"/>
        </w:rPr>
        <w:t>Wniosek o przyjęcie do publicznej placówki zapewniającej opiekę i wychowanie uczniom w okresie</w:t>
      </w:r>
      <w:r>
        <w:br/>
      </w:r>
      <w:r>
        <w:rPr>
          <w:rFonts w:eastAsia="Verdana" w:cs="Verdana"/>
          <w:sz w:val="18"/>
          <w:lang w:val="pl-PL"/>
        </w:rPr>
        <w:t>pobierania nauki poza miejscem stałego zamieszkania, prowadzonej przez Miasto Łódź</w:t>
      </w:r>
    </w:p>
    <w:p w14:paraId="264C38F4" w14:textId="77777777" w:rsidR="007D5AC6" w:rsidRDefault="00642A79">
      <w:pPr>
        <w:keepLines/>
        <w:widowControl w:val="0"/>
        <w:spacing w:line="320" w:lineRule="exact"/>
        <w:ind w:left="280" w:right="280"/>
        <w:jc w:val="center"/>
      </w:pPr>
      <w:r>
        <w:rPr>
          <w:rFonts w:eastAsia="Verdana" w:cs="Verdana"/>
          <w:lang w:val="pl-PL"/>
        </w:rPr>
        <w:t>Po wypełnieniu wniosku należy go wydrukować, podpisać i dostarczyć do sekretariatu wybranej placówki zapewniającej opiekę i</w:t>
      </w:r>
      <w:r>
        <w:br/>
      </w:r>
      <w:r>
        <w:rPr>
          <w:rFonts w:eastAsia="Verdana" w:cs="Verdana"/>
          <w:lang w:val="pl-PL"/>
        </w:rPr>
        <w:t>wychowanie uczniom w okresie pobierania nauki poza miejscem stałego zamieszkania, prowadzonej przez Miasto Łódź tj.</w:t>
      </w:r>
      <w:r>
        <w:br/>
      </w:r>
      <w:r>
        <w:rPr>
          <w:rFonts w:eastAsia="Verdana" w:cs="Verdana"/>
          <w:lang w:val="pl-PL"/>
        </w:rPr>
        <w:t>...........................</w:t>
      </w:r>
    </w:p>
    <w:p w14:paraId="5531C0C1" w14:textId="77777777" w:rsidR="007D5AC6" w:rsidRDefault="007D5AC6">
      <w:pPr>
        <w:keepLines/>
        <w:widowControl w:val="0"/>
        <w:spacing w:line="518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18"/>
      </w:tblGrid>
      <w:tr w:rsidR="007D5AC6" w14:paraId="0EEC8AF7" w14:textId="77777777">
        <w:trPr>
          <w:cantSplit/>
          <w:trHeight w:hRule="exact" w:val="441"/>
        </w:trPr>
        <w:tc>
          <w:tcPr>
            <w:tcW w:w="9911" w:type="dxa"/>
            <w:gridSpan w:val="2"/>
            <w:tcMar>
              <w:top w:w="214" w:type="dxa"/>
              <w:left w:w="50" w:type="dxa"/>
              <w:bottom w:w="0" w:type="dxa"/>
              <w:right w:w="50" w:type="dxa"/>
            </w:tcMar>
          </w:tcPr>
          <w:p w14:paraId="70BC9D5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Proszę o przyjęcie do Bursy w poniższej kolejności:</w:t>
            </w:r>
          </w:p>
        </w:tc>
      </w:tr>
      <w:tr w:rsidR="007D5AC6" w14:paraId="30A95207" w14:textId="77777777">
        <w:trPr>
          <w:cantSplit/>
          <w:trHeight w:hRule="exact" w:val="281"/>
        </w:trPr>
        <w:tc>
          <w:tcPr>
            <w:tcW w:w="99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9BEB5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LP</w:t>
            </w:r>
          </w:p>
        </w:tc>
        <w:tc>
          <w:tcPr>
            <w:tcW w:w="89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A038A1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Bursa</w:t>
            </w:r>
          </w:p>
        </w:tc>
      </w:tr>
      <w:tr w:rsidR="007D5AC6" w14:paraId="4FD8366E" w14:textId="77777777">
        <w:trPr>
          <w:cantSplit/>
          <w:trHeight w:hRule="exact" w:val="396"/>
        </w:trPr>
        <w:tc>
          <w:tcPr>
            <w:tcW w:w="99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BCB2B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1.</w:t>
            </w:r>
          </w:p>
        </w:tc>
        <w:tc>
          <w:tcPr>
            <w:tcW w:w="89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208D43" w14:textId="77777777" w:rsidR="007D5AC6" w:rsidRDefault="007D5AC6">
            <w:pPr>
              <w:keepLines/>
              <w:widowControl w:val="0"/>
            </w:pPr>
          </w:p>
        </w:tc>
      </w:tr>
      <w:tr w:rsidR="007D5AC6" w14:paraId="489151D5" w14:textId="77777777">
        <w:trPr>
          <w:cantSplit/>
          <w:trHeight w:hRule="exact" w:val="386"/>
        </w:trPr>
        <w:tc>
          <w:tcPr>
            <w:tcW w:w="99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ACF3C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2.</w:t>
            </w:r>
          </w:p>
        </w:tc>
        <w:tc>
          <w:tcPr>
            <w:tcW w:w="89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11D124" w14:textId="77777777" w:rsidR="007D5AC6" w:rsidRDefault="007D5AC6">
            <w:pPr>
              <w:keepLines/>
              <w:widowControl w:val="0"/>
            </w:pPr>
          </w:p>
        </w:tc>
      </w:tr>
    </w:tbl>
    <w:p w14:paraId="09FD269C" w14:textId="77777777" w:rsidR="007D5AC6" w:rsidRDefault="007D5AC6">
      <w:pPr>
        <w:keepLines/>
        <w:widowControl w:val="0"/>
        <w:spacing w:line="431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720"/>
        <w:gridCol w:w="720"/>
        <w:gridCol w:w="716"/>
        <w:gridCol w:w="717"/>
        <w:gridCol w:w="696"/>
        <w:gridCol w:w="694"/>
        <w:gridCol w:w="691"/>
        <w:gridCol w:w="718"/>
        <w:gridCol w:w="720"/>
        <w:gridCol w:w="718"/>
        <w:gridCol w:w="718"/>
      </w:tblGrid>
      <w:tr w:rsidR="007D5AC6" w14:paraId="66DA35CA" w14:textId="77777777">
        <w:trPr>
          <w:cantSplit/>
          <w:trHeight w:hRule="exact" w:val="297"/>
        </w:trPr>
        <w:tc>
          <w:tcPr>
            <w:tcW w:w="9911" w:type="dxa"/>
            <w:gridSpan w:val="1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BED40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DANE OSOBOWE KANDYDATA</w:t>
            </w:r>
          </w:p>
        </w:tc>
      </w:tr>
      <w:tr w:rsidR="007D5AC6" w14:paraId="2DEE03C9" w14:textId="77777777">
        <w:trPr>
          <w:cantSplit/>
          <w:trHeight w:hRule="exact" w:val="424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4E674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PESEL*</w:t>
            </w:r>
          </w:p>
        </w:tc>
        <w:tc>
          <w:tcPr>
            <w:tcW w:w="72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DC7039" w14:textId="77777777" w:rsidR="007D5AC6" w:rsidRDefault="007D5AC6">
            <w:pPr>
              <w:keepLines/>
              <w:widowControl w:val="0"/>
            </w:pPr>
          </w:p>
        </w:tc>
        <w:tc>
          <w:tcPr>
            <w:tcW w:w="72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1CA105A" w14:textId="77777777" w:rsidR="007D5AC6" w:rsidRDefault="007D5AC6">
            <w:pPr>
              <w:keepLines/>
              <w:widowControl w:val="0"/>
            </w:pPr>
          </w:p>
        </w:tc>
        <w:tc>
          <w:tcPr>
            <w:tcW w:w="71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E217C7" w14:textId="77777777" w:rsidR="007D5AC6" w:rsidRDefault="007D5AC6">
            <w:pPr>
              <w:keepLines/>
              <w:widowControl w:val="0"/>
            </w:pPr>
          </w:p>
        </w:tc>
        <w:tc>
          <w:tcPr>
            <w:tcW w:w="71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FB6E0EA" w14:textId="77777777" w:rsidR="007D5AC6" w:rsidRDefault="007D5AC6">
            <w:pPr>
              <w:keepLines/>
              <w:widowControl w:val="0"/>
            </w:pPr>
          </w:p>
        </w:tc>
        <w:tc>
          <w:tcPr>
            <w:tcW w:w="69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5DF76FB" w14:textId="77777777" w:rsidR="007D5AC6" w:rsidRDefault="007D5AC6">
            <w:pPr>
              <w:keepLines/>
              <w:widowControl w:val="0"/>
            </w:pPr>
          </w:p>
        </w:tc>
        <w:tc>
          <w:tcPr>
            <w:tcW w:w="69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E44C54" w14:textId="77777777" w:rsidR="007D5AC6" w:rsidRDefault="007D5AC6">
            <w:pPr>
              <w:keepLines/>
              <w:widowControl w:val="0"/>
            </w:pPr>
          </w:p>
        </w:tc>
        <w:tc>
          <w:tcPr>
            <w:tcW w:w="69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5127DA" w14:textId="77777777" w:rsidR="007D5AC6" w:rsidRDefault="007D5AC6">
            <w:pPr>
              <w:keepLines/>
              <w:widowControl w:val="0"/>
            </w:pPr>
          </w:p>
        </w:tc>
        <w:tc>
          <w:tcPr>
            <w:tcW w:w="7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72C144" w14:textId="77777777" w:rsidR="007D5AC6" w:rsidRDefault="007D5AC6">
            <w:pPr>
              <w:keepLines/>
              <w:widowControl w:val="0"/>
            </w:pPr>
          </w:p>
        </w:tc>
        <w:tc>
          <w:tcPr>
            <w:tcW w:w="72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26D3D32" w14:textId="77777777" w:rsidR="007D5AC6" w:rsidRDefault="007D5AC6">
            <w:pPr>
              <w:keepLines/>
              <w:widowControl w:val="0"/>
            </w:pPr>
          </w:p>
        </w:tc>
        <w:tc>
          <w:tcPr>
            <w:tcW w:w="7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D18BCA" w14:textId="77777777" w:rsidR="007D5AC6" w:rsidRDefault="007D5AC6">
            <w:pPr>
              <w:keepLines/>
              <w:widowControl w:val="0"/>
            </w:pPr>
          </w:p>
        </w:tc>
        <w:tc>
          <w:tcPr>
            <w:tcW w:w="71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ECC27C" w14:textId="77777777" w:rsidR="007D5AC6" w:rsidRDefault="007D5AC6">
            <w:pPr>
              <w:keepLines/>
              <w:widowControl w:val="0"/>
            </w:pPr>
          </w:p>
        </w:tc>
      </w:tr>
      <w:tr w:rsidR="007D5AC6" w14:paraId="0E551693" w14:textId="77777777">
        <w:trPr>
          <w:cantSplit/>
          <w:trHeight w:hRule="exact" w:val="396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140FB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Imię*</w:t>
            </w:r>
          </w:p>
        </w:tc>
        <w:tc>
          <w:tcPr>
            <w:tcW w:w="2873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AB7CDA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gridSpan w:val="3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0E198D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Drugie imię</w:t>
            </w:r>
          </w:p>
        </w:tc>
        <w:tc>
          <w:tcPr>
            <w:tcW w:w="2874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B0CA7D" w14:textId="77777777" w:rsidR="007D5AC6" w:rsidRDefault="007D5AC6">
            <w:pPr>
              <w:keepLines/>
              <w:widowControl w:val="0"/>
            </w:pPr>
          </w:p>
        </w:tc>
      </w:tr>
      <w:tr w:rsidR="007D5AC6" w14:paraId="12B1F185" w14:textId="77777777">
        <w:trPr>
          <w:cantSplit/>
          <w:trHeight w:hRule="exact" w:val="396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4FADF0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Nazwisko*</w:t>
            </w:r>
          </w:p>
        </w:tc>
        <w:tc>
          <w:tcPr>
            <w:tcW w:w="2873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D0B44B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gridSpan w:val="3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A16E80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Data urodzenia*</w:t>
            </w:r>
          </w:p>
        </w:tc>
        <w:tc>
          <w:tcPr>
            <w:tcW w:w="2874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18E264" w14:textId="77777777" w:rsidR="007D5AC6" w:rsidRDefault="007D5AC6">
            <w:pPr>
              <w:keepLines/>
              <w:widowControl w:val="0"/>
            </w:pPr>
          </w:p>
        </w:tc>
      </w:tr>
      <w:tr w:rsidR="007D5AC6" w14:paraId="17E19522" w14:textId="77777777">
        <w:trPr>
          <w:cantSplit/>
          <w:trHeight w:hRule="exact" w:val="382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8B30F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Numer telefonu</w:t>
            </w:r>
          </w:p>
        </w:tc>
        <w:tc>
          <w:tcPr>
            <w:tcW w:w="2873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E24FAB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gridSpan w:val="3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17281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e-mail</w:t>
            </w:r>
          </w:p>
        </w:tc>
        <w:tc>
          <w:tcPr>
            <w:tcW w:w="2874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69D373" w14:textId="77777777" w:rsidR="007D5AC6" w:rsidRDefault="007D5AC6">
            <w:pPr>
              <w:keepLines/>
              <w:widowControl w:val="0"/>
            </w:pPr>
          </w:p>
        </w:tc>
      </w:tr>
    </w:tbl>
    <w:p w14:paraId="4422EF3A" w14:textId="77777777" w:rsidR="007D5AC6" w:rsidRDefault="007D5AC6">
      <w:pPr>
        <w:keepLines/>
        <w:widowControl w:val="0"/>
        <w:spacing w:line="144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2874"/>
        <w:gridCol w:w="2080"/>
        <w:gridCol w:w="2874"/>
      </w:tblGrid>
      <w:tr w:rsidR="007D5AC6" w14:paraId="3D123FD4" w14:textId="77777777">
        <w:trPr>
          <w:cantSplit/>
          <w:trHeight w:hRule="exact" w:val="294"/>
        </w:trPr>
        <w:tc>
          <w:tcPr>
            <w:tcW w:w="9911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404E8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ZAMIESZKANIA KANDYDATA</w:t>
            </w:r>
          </w:p>
        </w:tc>
      </w:tr>
      <w:tr w:rsidR="007D5AC6" w14:paraId="7A002F91" w14:textId="77777777">
        <w:trPr>
          <w:cantSplit/>
          <w:trHeight w:hRule="exact" w:val="384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27823C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Województwo*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6BBDF96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7D424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Powiat*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647C45" w14:textId="77777777" w:rsidR="007D5AC6" w:rsidRDefault="007D5AC6">
            <w:pPr>
              <w:keepLines/>
              <w:widowControl w:val="0"/>
            </w:pPr>
          </w:p>
        </w:tc>
      </w:tr>
      <w:tr w:rsidR="007D5AC6" w14:paraId="612A9C54" w14:textId="77777777">
        <w:trPr>
          <w:cantSplit/>
          <w:trHeight w:hRule="exact" w:val="396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2DB8F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Gmina*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1E067F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EBE81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Miejscowość*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34804C" w14:textId="77777777" w:rsidR="007D5AC6" w:rsidRDefault="007D5AC6">
            <w:pPr>
              <w:keepLines/>
              <w:widowControl w:val="0"/>
            </w:pPr>
          </w:p>
        </w:tc>
      </w:tr>
      <w:tr w:rsidR="007D5AC6" w14:paraId="2BA847E6" w14:textId="77777777">
        <w:trPr>
          <w:cantSplit/>
          <w:trHeight w:hRule="exact" w:val="461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BC2F9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Ulica*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07B5F7E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0B4D3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Nr domu*/Nr</w:t>
            </w:r>
            <w:r>
              <w:br/>
            </w:r>
            <w:r>
              <w:rPr>
                <w:rFonts w:eastAsia="Verdana" w:cs="Verdana"/>
                <w:b/>
                <w:lang w:val="pl-PL"/>
              </w:rPr>
              <w:t>mieszkania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9E657D" w14:textId="77777777" w:rsidR="007D5AC6" w:rsidRDefault="007D5AC6">
            <w:pPr>
              <w:keepLines/>
              <w:widowControl w:val="0"/>
            </w:pPr>
          </w:p>
        </w:tc>
      </w:tr>
      <w:tr w:rsidR="007D5AC6" w14:paraId="72CECB02" w14:textId="77777777">
        <w:trPr>
          <w:cantSplit/>
          <w:trHeight w:hRule="exact" w:val="382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DB141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Kod pocztowy*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9E0EB7" w14:textId="77777777" w:rsidR="007D5AC6" w:rsidRDefault="007D5AC6">
            <w:pPr>
              <w:keepLines/>
              <w:widowControl w:val="0"/>
            </w:pPr>
          </w:p>
        </w:tc>
        <w:tc>
          <w:tcPr>
            <w:tcW w:w="495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A77F63" w14:textId="77777777" w:rsidR="007D5AC6" w:rsidRDefault="007D5AC6">
            <w:pPr>
              <w:keepLines/>
              <w:widowControl w:val="0"/>
            </w:pPr>
          </w:p>
        </w:tc>
      </w:tr>
    </w:tbl>
    <w:p w14:paraId="024F07F6" w14:textId="77777777" w:rsidR="007D5AC6" w:rsidRDefault="007D5AC6">
      <w:pPr>
        <w:keepLines/>
        <w:widowControl w:val="0"/>
        <w:spacing w:line="193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11"/>
      </w:tblGrid>
      <w:tr w:rsidR="007D5AC6" w14:paraId="39B1B48A" w14:textId="77777777">
        <w:trPr>
          <w:cantSplit/>
          <w:trHeight w:hRule="exact" w:val="294"/>
        </w:trPr>
        <w:tc>
          <w:tcPr>
            <w:tcW w:w="991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CF121F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DODATKOWE INFORMACJE O KANDYDACIE</w:t>
            </w:r>
          </w:p>
        </w:tc>
      </w:tr>
      <w:tr w:rsidR="007D5AC6" w14:paraId="398FAFBE" w14:textId="77777777">
        <w:trPr>
          <w:cantSplit/>
          <w:trHeight w:hRule="exact" w:val="1138"/>
        </w:trPr>
        <w:tc>
          <w:tcPr>
            <w:tcW w:w="9911" w:type="dxa"/>
            <w:tcMar>
              <w:top w:w="20" w:type="dxa"/>
              <w:left w:w="50" w:type="dxa"/>
              <w:bottom w:w="0" w:type="dxa"/>
              <w:right w:w="50" w:type="dxa"/>
            </w:tcMar>
          </w:tcPr>
          <w:p w14:paraId="7167E381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Dodatkowe informacje mające wpływ na opiekę wychowanka:</w:t>
            </w:r>
          </w:p>
        </w:tc>
      </w:tr>
    </w:tbl>
    <w:p w14:paraId="5855EACE" w14:textId="77777777" w:rsidR="007D5AC6" w:rsidRDefault="007D5AC6">
      <w:pPr>
        <w:keepLines/>
        <w:widowControl w:val="0"/>
        <w:spacing w:line="144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2156"/>
        <w:gridCol w:w="717"/>
        <w:gridCol w:w="2081"/>
        <w:gridCol w:w="2874"/>
      </w:tblGrid>
      <w:tr w:rsidR="007D5AC6" w14:paraId="5B047D2D" w14:textId="77777777">
        <w:trPr>
          <w:cantSplit/>
          <w:trHeight w:hRule="exact" w:val="294"/>
        </w:trPr>
        <w:tc>
          <w:tcPr>
            <w:tcW w:w="9911" w:type="dxa"/>
            <w:gridSpan w:val="5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1DD86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DANE OSOBOWE MATKI/OPIEKUNKI PRAWNEJ</w:t>
            </w:r>
          </w:p>
        </w:tc>
      </w:tr>
      <w:tr w:rsidR="007D5AC6" w14:paraId="4F16A7D4" w14:textId="77777777">
        <w:trPr>
          <w:cantSplit/>
          <w:trHeight w:hRule="exact" w:val="428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430E5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Opiekun</w:t>
            </w:r>
            <w:r>
              <w:br/>
            </w:r>
            <w:r>
              <w:rPr>
                <w:rFonts w:eastAsia="Verdana" w:cs="Verdana"/>
                <w:sz w:val="12"/>
                <w:lang w:val="pl-PL"/>
              </w:rPr>
              <w:t>(niepotrzebne skreślić)</w:t>
            </w:r>
          </w:p>
        </w:tc>
        <w:tc>
          <w:tcPr>
            <w:tcW w:w="215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8B495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Matka</w:t>
            </w:r>
          </w:p>
        </w:tc>
        <w:tc>
          <w:tcPr>
            <w:tcW w:w="2798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89B85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Opiekun prawny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D70E53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Nie udzielił informacji</w:t>
            </w:r>
          </w:p>
        </w:tc>
      </w:tr>
      <w:tr w:rsidR="007D5AC6" w14:paraId="5DB6FCDC" w14:textId="77777777">
        <w:trPr>
          <w:cantSplit/>
          <w:trHeight w:hRule="exact" w:val="379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314DF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*Imię</w:t>
            </w:r>
          </w:p>
        </w:tc>
        <w:tc>
          <w:tcPr>
            <w:tcW w:w="2873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89411F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D93F8C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*Nazwisko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BD0008" w14:textId="77777777" w:rsidR="007D5AC6" w:rsidRDefault="007D5AC6">
            <w:pPr>
              <w:keepLines/>
              <w:widowControl w:val="0"/>
            </w:pPr>
          </w:p>
        </w:tc>
      </w:tr>
    </w:tbl>
    <w:p w14:paraId="500F687A" w14:textId="77777777" w:rsidR="007D5AC6" w:rsidRDefault="007D5AC6">
      <w:pPr>
        <w:keepLines/>
        <w:widowControl w:val="0"/>
        <w:spacing w:line="142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2874"/>
        <w:gridCol w:w="2080"/>
        <w:gridCol w:w="2874"/>
      </w:tblGrid>
      <w:tr w:rsidR="007D5AC6" w14:paraId="66F04858" w14:textId="77777777">
        <w:trPr>
          <w:cantSplit/>
          <w:trHeight w:hRule="exact" w:val="294"/>
        </w:trPr>
        <w:tc>
          <w:tcPr>
            <w:tcW w:w="9911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27E10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ZAMIESZKANIA MATKI/OPIEKUNKI PRAWNEJ</w:t>
            </w:r>
          </w:p>
        </w:tc>
      </w:tr>
      <w:tr w:rsidR="007D5AC6" w14:paraId="3363A368" w14:textId="77777777">
        <w:trPr>
          <w:cantSplit/>
          <w:trHeight w:hRule="exact" w:val="384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14356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Województwo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519DAA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1A562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Powiat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467F660" w14:textId="77777777" w:rsidR="007D5AC6" w:rsidRDefault="007D5AC6">
            <w:pPr>
              <w:keepLines/>
              <w:widowControl w:val="0"/>
            </w:pPr>
          </w:p>
        </w:tc>
      </w:tr>
      <w:tr w:rsidR="007D5AC6" w14:paraId="03E8E593" w14:textId="77777777">
        <w:trPr>
          <w:cantSplit/>
          <w:trHeight w:hRule="exact" w:val="396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80A12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Gmina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B31CE0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6790B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Miejscowość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26D5E8" w14:textId="77777777" w:rsidR="007D5AC6" w:rsidRDefault="007D5AC6">
            <w:pPr>
              <w:keepLines/>
              <w:widowControl w:val="0"/>
            </w:pPr>
          </w:p>
        </w:tc>
      </w:tr>
      <w:tr w:rsidR="007D5AC6" w14:paraId="007BC15F" w14:textId="77777777">
        <w:trPr>
          <w:cantSplit/>
          <w:trHeight w:hRule="exact" w:val="396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BBE60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Ulica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74C97E" w14:textId="77777777" w:rsidR="007D5AC6" w:rsidRDefault="007D5AC6">
            <w:pPr>
              <w:keepLines/>
              <w:widowControl w:val="0"/>
            </w:pPr>
          </w:p>
        </w:tc>
        <w:tc>
          <w:tcPr>
            <w:tcW w:w="20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62E45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Nr domu/Nr mieszkania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DFF30B" w14:textId="77777777" w:rsidR="007D5AC6" w:rsidRDefault="007D5AC6">
            <w:pPr>
              <w:keepLines/>
              <w:widowControl w:val="0"/>
            </w:pPr>
          </w:p>
        </w:tc>
      </w:tr>
      <w:tr w:rsidR="007D5AC6" w14:paraId="45FD8F9F" w14:textId="77777777">
        <w:trPr>
          <w:cantSplit/>
          <w:trHeight w:hRule="exact" w:val="383"/>
        </w:trPr>
        <w:tc>
          <w:tcPr>
            <w:tcW w:w="20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6B5FAD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Kod pocztowy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6576E2" w14:textId="77777777" w:rsidR="007D5AC6" w:rsidRDefault="007D5AC6">
            <w:pPr>
              <w:keepLines/>
              <w:widowControl w:val="0"/>
            </w:pPr>
          </w:p>
        </w:tc>
        <w:tc>
          <w:tcPr>
            <w:tcW w:w="495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8E7A7C" w14:textId="77777777" w:rsidR="007D5AC6" w:rsidRDefault="007D5AC6">
            <w:pPr>
              <w:keepLines/>
              <w:widowControl w:val="0"/>
            </w:pPr>
          </w:p>
        </w:tc>
      </w:tr>
    </w:tbl>
    <w:p w14:paraId="2B7B9B2C" w14:textId="77777777" w:rsidR="007D5AC6" w:rsidRDefault="00642A79">
      <w:pPr>
        <w:keepLines/>
        <w:widowControl w:val="0"/>
        <w:spacing w:line="20" w:lineRule="exact"/>
      </w:pPr>
      <w:r>
        <w:br w:type="page"/>
      </w: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3"/>
        <w:gridCol w:w="6938"/>
      </w:tblGrid>
      <w:tr w:rsidR="007D5AC6" w14:paraId="596DCAA6" w14:textId="77777777">
        <w:trPr>
          <w:cantSplit/>
          <w:trHeight w:hRule="exact" w:val="289"/>
        </w:trPr>
        <w:tc>
          <w:tcPr>
            <w:tcW w:w="9911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FC9F0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lastRenderedPageBreak/>
              <w:t>DANE KONTAKTOWE MATKI/OPIEKUNKI PRAWNEJ</w:t>
            </w:r>
          </w:p>
        </w:tc>
      </w:tr>
      <w:tr w:rsidR="007D5AC6" w14:paraId="2DC7348B" w14:textId="77777777">
        <w:trPr>
          <w:cantSplit/>
          <w:trHeight w:hRule="exact" w:val="389"/>
        </w:trPr>
        <w:tc>
          <w:tcPr>
            <w:tcW w:w="29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042CD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Telefon kontaktowy</w:t>
            </w:r>
          </w:p>
        </w:tc>
        <w:tc>
          <w:tcPr>
            <w:tcW w:w="693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398C47" w14:textId="77777777" w:rsidR="007D5AC6" w:rsidRDefault="007D5AC6">
            <w:pPr>
              <w:keepLines/>
              <w:widowControl w:val="0"/>
            </w:pPr>
          </w:p>
        </w:tc>
      </w:tr>
      <w:tr w:rsidR="007D5AC6" w14:paraId="110F7766" w14:textId="77777777">
        <w:trPr>
          <w:cantSplit/>
          <w:trHeight w:hRule="exact" w:val="387"/>
        </w:trPr>
        <w:tc>
          <w:tcPr>
            <w:tcW w:w="29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378D8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e-mail**</w:t>
            </w:r>
          </w:p>
        </w:tc>
        <w:tc>
          <w:tcPr>
            <w:tcW w:w="693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3DC731" w14:textId="77777777" w:rsidR="007D5AC6" w:rsidRDefault="007D5AC6">
            <w:pPr>
              <w:keepLines/>
              <w:widowControl w:val="0"/>
            </w:pPr>
          </w:p>
        </w:tc>
      </w:tr>
    </w:tbl>
    <w:p w14:paraId="19643A4E" w14:textId="77777777" w:rsidR="007D5AC6" w:rsidRDefault="007D5AC6">
      <w:pPr>
        <w:keepLines/>
        <w:widowControl w:val="0"/>
        <w:spacing w:line="140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2156"/>
        <w:gridCol w:w="718"/>
        <w:gridCol w:w="2081"/>
        <w:gridCol w:w="2875"/>
      </w:tblGrid>
      <w:tr w:rsidR="007D5AC6" w14:paraId="4928DC9C" w14:textId="77777777">
        <w:trPr>
          <w:cantSplit/>
          <w:trHeight w:hRule="exact" w:val="294"/>
        </w:trPr>
        <w:tc>
          <w:tcPr>
            <w:tcW w:w="9913" w:type="dxa"/>
            <w:gridSpan w:val="5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1D894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DANE OSOBOWE OJCA/OPIEKUNA PRAWNEGO</w:t>
            </w:r>
          </w:p>
        </w:tc>
      </w:tr>
      <w:tr w:rsidR="007D5AC6" w14:paraId="418FB1B8" w14:textId="77777777">
        <w:trPr>
          <w:cantSplit/>
          <w:trHeight w:hRule="exact" w:val="428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A428C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Opiekun</w:t>
            </w:r>
            <w:r>
              <w:br/>
            </w:r>
            <w:r>
              <w:rPr>
                <w:rFonts w:eastAsia="Verdana" w:cs="Verdana"/>
                <w:sz w:val="12"/>
                <w:lang w:val="pl-PL"/>
              </w:rPr>
              <w:t>(niepotrzebne skreślić)</w:t>
            </w:r>
          </w:p>
        </w:tc>
        <w:tc>
          <w:tcPr>
            <w:tcW w:w="215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7BC7D6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Ojciec</w:t>
            </w:r>
          </w:p>
        </w:tc>
        <w:tc>
          <w:tcPr>
            <w:tcW w:w="2799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22E97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Opiekun prawny</w:t>
            </w:r>
          </w:p>
        </w:tc>
        <w:tc>
          <w:tcPr>
            <w:tcW w:w="287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762BA3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sz w:val="12"/>
                <w:lang w:val="pl-PL"/>
              </w:rPr>
              <w:t>Nie udzielił informacji</w:t>
            </w:r>
          </w:p>
        </w:tc>
      </w:tr>
      <w:tr w:rsidR="007D5AC6" w14:paraId="20C5E0E8" w14:textId="77777777">
        <w:trPr>
          <w:cantSplit/>
          <w:trHeight w:hRule="exact" w:val="379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A1A77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*Imię</w:t>
            </w:r>
          </w:p>
        </w:tc>
        <w:tc>
          <w:tcPr>
            <w:tcW w:w="287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4A2BFAD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A006D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*Nazwisko</w:t>
            </w:r>
          </w:p>
        </w:tc>
        <w:tc>
          <w:tcPr>
            <w:tcW w:w="2876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3372C0" w14:textId="77777777" w:rsidR="007D5AC6" w:rsidRDefault="007D5AC6">
            <w:pPr>
              <w:keepLines/>
              <w:widowControl w:val="0"/>
            </w:pPr>
          </w:p>
        </w:tc>
      </w:tr>
    </w:tbl>
    <w:p w14:paraId="6251DDC0" w14:textId="77777777" w:rsidR="007D5AC6" w:rsidRDefault="007D5AC6">
      <w:pPr>
        <w:keepLines/>
        <w:widowControl w:val="0"/>
        <w:spacing w:line="142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2873"/>
        <w:gridCol w:w="2081"/>
        <w:gridCol w:w="2874"/>
      </w:tblGrid>
      <w:tr w:rsidR="007D5AC6" w14:paraId="2E204573" w14:textId="77777777">
        <w:trPr>
          <w:cantSplit/>
          <w:trHeight w:hRule="exact" w:val="294"/>
        </w:trPr>
        <w:tc>
          <w:tcPr>
            <w:tcW w:w="9910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B4F4C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ZAMIESZKANIA OJCA/OPIEKUNA PRAWNEGO</w:t>
            </w:r>
          </w:p>
        </w:tc>
      </w:tr>
      <w:tr w:rsidR="007D5AC6" w14:paraId="1AC57F7C" w14:textId="77777777">
        <w:trPr>
          <w:cantSplit/>
          <w:trHeight w:hRule="exact" w:val="384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1512B0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Województwo</w:t>
            </w:r>
          </w:p>
        </w:tc>
        <w:tc>
          <w:tcPr>
            <w:tcW w:w="28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7AAF78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AA7E0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Powiat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B116D3" w14:textId="77777777" w:rsidR="007D5AC6" w:rsidRDefault="007D5AC6">
            <w:pPr>
              <w:keepLines/>
              <w:widowControl w:val="0"/>
            </w:pPr>
          </w:p>
        </w:tc>
      </w:tr>
      <w:tr w:rsidR="007D5AC6" w14:paraId="276363CC" w14:textId="77777777">
        <w:trPr>
          <w:cantSplit/>
          <w:trHeight w:hRule="exact" w:val="396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B88201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Gmina</w:t>
            </w:r>
          </w:p>
        </w:tc>
        <w:tc>
          <w:tcPr>
            <w:tcW w:w="28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601E8E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C80FE4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Miejscowość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A8020B" w14:textId="77777777" w:rsidR="007D5AC6" w:rsidRDefault="007D5AC6">
            <w:pPr>
              <w:keepLines/>
              <w:widowControl w:val="0"/>
            </w:pPr>
          </w:p>
        </w:tc>
      </w:tr>
      <w:tr w:rsidR="007D5AC6" w14:paraId="3E78DB19" w14:textId="77777777">
        <w:trPr>
          <w:cantSplit/>
          <w:trHeight w:hRule="exact" w:val="396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AF85011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Ulica</w:t>
            </w:r>
          </w:p>
        </w:tc>
        <w:tc>
          <w:tcPr>
            <w:tcW w:w="28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24768B" w14:textId="77777777" w:rsidR="007D5AC6" w:rsidRDefault="007D5AC6">
            <w:pPr>
              <w:keepLines/>
              <w:widowControl w:val="0"/>
            </w:pPr>
          </w:p>
        </w:tc>
        <w:tc>
          <w:tcPr>
            <w:tcW w:w="208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E4683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Nr domu/Nr mieszkania</w:t>
            </w:r>
          </w:p>
        </w:tc>
        <w:tc>
          <w:tcPr>
            <w:tcW w:w="2874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7F0F3F" w14:textId="77777777" w:rsidR="007D5AC6" w:rsidRDefault="007D5AC6">
            <w:pPr>
              <w:keepLines/>
              <w:widowControl w:val="0"/>
            </w:pPr>
          </w:p>
        </w:tc>
      </w:tr>
      <w:tr w:rsidR="007D5AC6" w14:paraId="63132266" w14:textId="77777777">
        <w:trPr>
          <w:cantSplit/>
          <w:trHeight w:hRule="exact" w:val="383"/>
        </w:trPr>
        <w:tc>
          <w:tcPr>
            <w:tcW w:w="2082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7A279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Kod pocztowy</w:t>
            </w:r>
          </w:p>
        </w:tc>
        <w:tc>
          <w:tcPr>
            <w:tcW w:w="28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4EDAED" w14:textId="77777777" w:rsidR="007D5AC6" w:rsidRDefault="007D5AC6">
            <w:pPr>
              <w:keepLines/>
              <w:widowControl w:val="0"/>
            </w:pPr>
          </w:p>
        </w:tc>
        <w:tc>
          <w:tcPr>
            <w:tcW w:w="4955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31799B" w14:textId="77777777" w:rsidR="007D5AC6" w:rsidRDefault="007D5AC6">
            <w:pPr>
              <w:keepLines/>
              <w:widowControl w:val="0"/>
            </w:pPr>
          </w:p>
        </w:tc>
      </w:tr>
    </w:tbl>
    <w:p w14:paraId="701B7CE4" w14:textId="77777777" w:rsidR="007D5AC6" w:rsidRDefault="007D5AC6">
      <w:pPr>
        <w:keepLines/>
        <w:widowControl w:val="0"/>
        <w:spacing w:line="374" w:lineRule="exact"/>
      </w:pP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3"/>
        <w:gridCol w:w="6938"/>
      </w:tblGrid>
      <w:tr w:rsidR="007D5AC6" w14:paraId="4E79ADAD" w14:textId="77777777">
        <w:trPr>
          <w:cantSplit/>
          <w:trHeight w:hRule="exact" w:val="289"/>
        </w:trPr>
        <w:tc>
          <w:tcPr>
            <w:tcW w:w="9911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932EDC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DANE KONTAKTOWE OJCA/OPIEKUNA PRAWNEGO</w:t>
            </w:r>
          </w:p>
        </w:tc>
      </w:tr>
      <w:tr w:rsidR="007D5AC6" w14:paraId="5F2CC102" w14:textId="77777777">
        <w:trPr>
          <w:cantSplit/>
          <w:trHeight w:hRule="exact" w:val="389"/>
        </w:trPr>
        <w:tc>
          <w:tcPr>
            <w:tcW w:w="29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08941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Telefon kontaktowy</w:t>
            </w:r>
          </w:p>
        </w:tc>
        <w:tc>
          <w:tcPr>
            <w:tcW w:w="693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2568A8" w14:textId="77777777" w:rsidR="007D5AC6" w:rsidRDefault="007D5AC6">
            <w:pPr>
              <w:keepLines/>
              <w:widowControl w:val="0"/>
            </w:pPr>
          </w:p>
        </w:tc>
      </w:tr>
      <w:tr w:rsidR="007D5AC6" w14:paraId="47528872" w14:textId="77777777">
        <w:trPr>
          <w:cantSplit/>
          <w:trHeight w:hRule="exact" w:val="387"/>
        </w:trPr>
        <w:tc>
          <w:tcPr>
            <w:tcW w:w="297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F54A9C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Adres e-mail**</w:t>
            </w:r>
          </w:p>
        </w:tc>
        <w:tc>
          <w:tcPr>
            <w:tcW w:w="693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3C1731" w14:textId="77777777" w:rsidR="007D5AC6" w:rsidRDefault="007D5AC6">
            <w:pPr>
              <w:keepLines/>
              <w:widowControl w:val="0"/>
            </w:pPr>
          </w:p>
        </w:tc>
      </w:tr>
    </w:tbl>
    <w:p w14:paraId="4449487E" w14:textId="77777777" w:rsidR="007D5AC6" w:rsidRDefault="007D5AC6">
      <w:pPr>
        <w:keepLines/>
        <w:widowControl w:val="0"/>
        <w:spacing w:line="85" w:lineRule="exact"/>
      </w:pPr>
    </w:p>
    <w:p w14:paraId="1B248F73" w14:textId="7C20E5A3" w:rsidR="007D5AC6" w:rsidRDefault="00642A79" w:rsidP="00F54168">
      <w:pPr>
        <w:keepLines/>
        <w:widowControl w:val="0"/>
        <w:spacing w:line="320" w:lineRule="exact"/>
        <w:ind w:left="280" w:right="280"/>
      </w:pPr>
      <w:r>
        <w:rPr>
          <w:rFonts w:eastAsia="Verdana" w:cs="Verdana"/>
          <w:lang w:val="pl-PL"/>
        </w:rPr>
        <w:t>*    oznaczone pola wymagane</w:t>
      </w:r>
      <w:r>
        <w:br/>
      </w:r>
      <w:r>
        <w:rPr>
          <w:rFonts w:eastAsia="Verdana" w:cs="Verdana"/>
          <w:lang w:val="pl-PL"/>
        </w:rPr>
        <w:t>** adres e-mail będzie wykorzystywany do przesłania nowego hasła oraz na podany adres mailowy zostaną przesłane wyniki rekrutacji.</w:t>
      </w:r>
      <w:r w:rsidR="00F54168">
        <w:rPr>
          <w:rFonts w:eastAsia="Verdana" w:cs="Verdana"/>
          <w:lang w:val="pl-PL"/>
        </w:rPr>
        <w:br/>
      </w:r>
    </w:p>
    <w:p w14:paraId="649FFFEC" w14:textId="77777777" w:rsidR="007D5AC6" w:rsidRDefault="00642A79">
      <w:pPr>
        <w:keepLines/>
        <w:widowControl w:val="0"/>
        <w:spacing w:after="34" w:line="320" w:lineRule="exact"/>
        <w:ind w:left="280" w:right="280"/>
        <w:jc w:val="center"/>
      </w:pPr>
      <w:r>
        <w:rPr>
          <w:rFonts w:eastAsia="Verdana" w:cs="Verdana"/>
          <w:sz w:val="16"/>
          <w:lang w:val="pl-PL"/>
        </w:rPr>
        <w:t>INFORMACJE O SPEŁNIANIU KRYTERIÓW OKREŚLONYCH W USTAWIE Z DNIA 14 GRUDNIA 2016 R. - PRAWO</w:t>
      </w:r>
      <w:r>
        <w:br/>
      </w:r>
      <w:r>
        <w:rPr>
          <w:rFonts w:eastAsia="Verdana" w:cs="Verdana"/>
          <w:sz w:val="16"/>
          <w:lang w:val="pl-PL"/>
        </w:rPr>
        <w:t>OŚWIATOWE I ZAŁĄCZNIKACH DO WNIOSKU POTWIERDZAJĄCYCH ICH SPEŁNIANIE</w:t>
      </w:r>
    </w:p>
    <w:tbl>
      <w:tblPr>
        <w:tblW w:w="9911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997"/>
        <w:gridCol w:w="1069"/>
        <w:gridCol w:w="1165"/>
      </w:tblGrid>
      <w:tr w:rsidR="007D5AC6" w14:paraId="09D1FB9D" w14:textId="77777777">
        <w:trPr>
          <w:cantSplit/>
          <w:trHeight w:hRule="exact" w:val="294"/>
        </w:trPr>
        <w:tc>
          <w:tcPr>
            <w:tcW w:w="9911" w:type="dxa"/>
            <w:gridSpan w:val="4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29F61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b/>
                <w:lang w:val="pl-PL"/>
              </w:rPr>
              <w:t>Kryteria ustawowe</w:t>
            </w:r>
          </w:p>
        </w:tc>
      </w:tr>
      <w:tr w:rsidR="007D5AC6" w14:paraId="179F494A" w14:textId="77777777">
        <w:trPr>
          <w:cantSplit/>
          <w:trHeight w:hRule="exact" w:val="279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AE7F2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1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5152E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Wielodzietność rodziny kandydata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E5A62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232DC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5DF07708" w14:textId="77777777">
        <w:trPr>
          <w:cantSplit/>
          <w:trHeight w:hRule="exact" w:val="290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4CB5F3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2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11B2A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Niepełnosprawność kandydata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70078E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2C136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56C27346" w14:textId="77777777">
        <w:trPr>
          <w:cantSplit/>
          <w:trHeight w:hRule="exact" w:val="461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D13655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3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23A8F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Niepełnosprawność jednego z rodziców kandydata lub dla kandydata pełnoletniego</w:t>
            </w:r>
            <w:r>
              <w:br/>
            </w:r>
            <w:r>
              <w:rPr>
                <w:rFonts w:eastAsia="Verdana" w:cs="Verdana"/>
                <w:lang w:val="pl-PL"/>
              </w:rPr>
              <w:t>niepełnosprawność dziecka kandydata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F1647B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CA7A4C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5C115B89" w14:textId="77777777">
        <w:trPr>
          <w:cantSplit/>
          <w:trHeight w:hRule="exact" w:val="288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CD311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4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E08E4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Niepełnosprawność obojga rodziców kandydata (nie dotyczy kandydata pełnoletniego)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BF14A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893DB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402AF3DC" w14:textId="77777777">
        <w:trPr>
          <w:cantSplit/>
          <w:trHeight w:hRule="exact" w:val="461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F190A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5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482AFD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Niepełnosprawność rodzeństwa kandydata lub dla kandydata pełnoletniego niepełnosprawność</w:t>
            </w:r>
            <w:r>
              <w:br/>
            </w:r>
            <w:r>
              <w:rPr>
                <w:rFonts w:eastAsia="Verdana" w:cs="Verdana"/>
                <w:lang w:val="pl-PL"/>
              </w:rPr>
              <w:t>innej osoby bliskiej, nad którą kandydat sprawuje opiekę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1A62C8F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08658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15218C7B" w14:textId="77777777">
        <w:trPr>
          <w:cantSplit/>
          <w:trHeight w:hRule="exact" w:val="461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DA0B4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6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EF59C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Samotne wychowywanie kandydata w rodzinie lub dla kandydata pełnoletniego samotne</w:t>
            </w:r>
            <w:r>
              <w:br/>
            </w:r>
            <w:r>
              <w:rPr>
                <w:rFonts w:eastAsia="Verdana" w:cs="Verdana"/>
                <w:lang w:val="pl-PL"/>
              </w:rPr>
              <w:t>wychowywanie dziecka przez kandydata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E5480A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AD8AAE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170645B0" w14:textId="77777777">
        <w:trPr>
          <w:cantSplit/>
          <w:trHeight w:hRule="exact" w:val="290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170A7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7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F8A75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Objęcie kandydata pieczą zastępczą (nie dotyczy kandydata pełnoletniego)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F393623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DE9BA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  <w:tr w:rsidR="007D5AC6" w14:paraId="74B76B0D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6AC399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8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2B439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Uczeń/kandydat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ECC7529" w14:textId="77777777" w:rsidR="007D5AC6" w:rsidRDefault="007D5AC6">
            <w:pPr>
              <w:keepLines/>
              <w:widowControl w:val="0"/>
            </w:pPr>
          </w:p>
        </w:tc>
      </w:tr>
      <w:tr w:rsidR="007D5AC6" w14:paraId="0EA00958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92C4AA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8F79A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Uczeń klasy VII lub VIII szkoły podstawowej prowadzonej przez Miasto Łódź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33B2250" w14:textId="77777777" w:rsidR="007D5AC6" w:rsidRDefault="007D5AC6">
            <w:pPr>
              <w:keepLines/>
              <w:widowControl w:val="0"/>
            </w:pPr>
          </w:p>
        </w:tc>
      </w:tr>
      <w:tr w:rsidR="007D5AC6" w14:paraId="4FDDF5E4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C9323E1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D42DF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Uczeń klasy VII lub VIII szkoły podstawowej prowadzonej przez inny podmiot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F4B55A" w14:textId="77777777" w:rsidR="007D5AC6" w:rsidRDefault="007D5AC6">
            <w:pPr>
              <w:keepLines/>
              <w:widowControl w:val="0"/>
            </w:pPr>
          </w:p>
        </w:tc>
      </w:tr>
      <w:tr w:rsidR="007D5AC6" w14:paraId="1DA3E7DE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12F0E83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54C7388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Kandydat przyjęty do klasy pierwszej szkoły ponadpodstawowej prowadzonej przez Miasto Łódź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F90E3B" w14:textId="77777777" w:rsidR="007D5AC6" w:rsidRDefault="007D5AC6">
            <w:pPr>
              <w:keepLines/>
              <w:widowControl w:val="0"/>
            </w:pPr>
          </w:p>
        </w:tc>
      </w:tr>
      <w:tr w:rsidR="007D5AC6" w14:paraId="17451E70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0301D9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26A9F45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Kandydat przyjęty do klasy pierwszej szkoły ponadpodstawowej prowadzonej przez inny podmiot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6D182B" w14:textId="77777777" w:rsidR="007D5AC6" w:rsidRDefault="007D5AC6">
            <w:pPr>
              <w:keepLines/>
              <w:widowControl w:val="0"/>
            </w:pPr>
          </w:p>
        </w:tc>
      </w:tr>
      <w:tr w:rsidR="007D5AC6" w14:paraId="734BC912" w14:textId="77777777">
        <w:trPr>
          <w:cantSplit/>
          <w:trHeight w:hRule="exact" w:val="396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1AD690E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A42B0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Kandydat kontynuuje naukę w szkole ponadpodstawowej prowadzonej przez Miasto Łódź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13AFCB" w14:textId="77777777" w:rsidR="007D5AC6" w:rsidRDefault="007D5AC6">
            <w:pPr>
              <w:keepLines/>
              <w:widowControl w:val="0"/>
            </w:pPr>
          </w:p>
        </w:tc>
      </w:tr>
      <w:tr w:rsidR="007D5AC6" w14:paraId="455CBFAB" w14:textId="77777777">
        <w:trPr>
          <w:cantSplit/>
          <w:trHeight w:hRule="exact" w:val="399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6DBEEF" w14:textId="77777777" w:rsidR="007D5AC6" w:rsidRDefault="007D5AC6">
            <w:pPr>
              <w:keepLines/>
              <w:widowControl w:val="0"/>
            </w:pP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42B95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Kandydat kontynuuje naukę w szkole ponadpodstawowej prowadzonej przez inny podmiot</w:t>
            </w:r>
          </w:p>
        </w:tc>
        <w:tc>
          <w:tcPr>
            <w:tcW w:w="2234" w:type="dxa"/>
            <w:gridSpan w:val="2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CDAC6E" w14:textId="77777777" w:rsidR="007D5AC6" w:rsidRDefault="007D5AC6">
            <w:pPr>
              <w:keepLines/>
              <w:widowControl w:val="0"/>
            </w:pPr>
          </w:p>
        </w:tc>
      </w:tr>
      <w:tr w:rsidR="007D5AC6" w14:paraId="74077C6E" w14:textId="77777777">
        <w:trPr>
          <w:cantSplit/>
          <w:trHeight w:hRule="exact" w:val="444"/>
        </w:trPr>
        <w:tc>
          <w:tcPr>
            <w:tcW w:w="680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31D67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9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FC864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Warunki lokalizacyjne lub komunikacyjne utrudniają kandydatowi codzienne dojazdy do szkoły i</w:t>
            </w:r>
            <w:r>
              <w:br/>
            </w:r>
            <w:r>
              <w:rPr>
                <w:rFonts w:eastAsia="Verdana" w:cs="Verdana"/>
                <w:lang w:val="pl-PL"/>
              </w:rPr>
              <w:t>powroty do miejsca zamieszkania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B8AB89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5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997AC4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</w:tbl>
    <w:p w14:paraId="5E3D6FE3" w14:textId="77777777" w:rsidR="007D5AC6" w:rsidRDefault="00642A79">
      <w:pPr>
        <w:keepLines/>
        <w:widowControl w:val="0"/>
        <w:spacing w:line="20" w:lineRule="exact"/>
      </w:pPr>
      <w:r>
        <w:br w:type="page"/>
      </w:r>
    </w:p>
    <w:tbl>
      <w:tblPr>
        <w:tblW w:w="9916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997"/>
        <w:gridCol w:w="1069"/>
        <w:gridCol w:w="1167"/>
      </w:tblGrid>
      <w:tr w:rsidR="007D5AC6" w14:paraId="68120591" w14:textId="77777777">
        <w:trPr>
          <w:cantSplit/>
          <w:trHeight w:hRule="exact" w:val="602"/>
        </w:trPr>
        <w:tc>
          <w:tcPr>
            <w:tcW w:w="683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FA2EE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lastRenderedPageBreak/>
              <w:t>10</w:t>
            </w:r>
          </w:p>
        </w:tc>
        <w:tc>
          <w:tcPr>
            <w:tcW w:w="69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E65326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Rodzeństwo kandydata w roku szkolnym, na który prowadzona jest rekrutacja, również ubiega</w:t>
            </w:r>
            <w:r>
              <w:br/>
            </w:r>
            <w:r>
              <w:rPr>
                <w:rFonts w:eastAsia="Verdana" w:cs="Verdana"/>
                <w:lang w:val="pl-PL"/>
              </w:rPr>
              <w:t>się o przyjęcie do placówki zapewniającej opiekę i wychowanie uczniom w okresie pobierania</w:t>
            </w:r>
            <w:r>
              <w:br/>
            </w:r>
            <w:r>
              <w:rPr>
                <w:rFonts w:eastAsia="Verdana" w:cs="Verdana"/>
                <w:lang w:val="pl-PL"/>
              </w:rPr>
              <w:t>nauki poza miejscem stałego zamieszkania</w:t>
            </w:r>
          </w:p>
        </w:tc>
        <w:tc>
          <w:tcPr>
            <w:tcW w:w="1069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109C9E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116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551BA2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</w:tbl>
    <w:p w14:paraId="166C854A" w14:textId="77777777" w:rsidR="007D5AC6" w:rsidRDefault="007D5AC6">
      <w:pPr>
        <w:keepLines/>
        <w:widowControl w:val="0"/>
        <w:spacing w:line="45" w:lineRule="exact"/>
      </w:pPr>
    </w:p>
    <w:p w14:paraId="5C4213CA" w14:textId="77777777" w:rsidR="007D5AC6" w:rsidRDefault="00642A79">
      <w:pPr>
        <w:keepLines/>
        <w:widowControl w:val="0"/>
        <w:spacing w:line="320" w:lineRule="exact"/>
        <w:ind w:left="280" w:right="280"/>
      </w:pPr>
      <w:r>
        <w:rPr>
          <w:rFonts w:ascii="Times New Roman" w:eastAsia="Times New Roman" w:hAnsi="Times New Roman" w:cs="Times New Roman"/>
          <w:b/>
          <w:sz w:val="16"/>
          <w:lang w:val="pl-PL"/>
        </w:rPr>
        <w:t>Rodzina wielodzietna</w:t>
      </w:r>
      <w:r>
        <w:rPr>
          <w:rFonts w:ascii="Times New Roman" w:eastAsia="Times New Roman" w:hAnsi="Times New Roman" w:cs="Times New Roman"/>
          <w:sz w:val="16"/>
          <w:lang w:val="pl-PL"/>
        </w:rPr>
        <w:t xml:space="preserve"> - rodzina wychowująca troje i więcej dzieci.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Osoba niepełnosprawna - osoba posiadająca orzeczenie o niepełnosprawności lub o stopniu niepełnosprawności lub orzeczenie równoważne w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rozumieniu przepisów ustawy z dnia 27 sierpnia 1997 r. o rehabilitacji zawodowej i społecznej oraz zatrudnianiu osób niepełnosprawnych (Dz. U. z 2024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r. poz.44, 858, 1089, 1165, 1494 i 1961 oraz z 2025 r. poz. 620).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Samotne wychowywanie dziecka - wychowywanie dziecka przez pannę, kawalera, wdowę, wdowca, osobę pozostającą w separacji orzeczonej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prawomocnym wyrokiem sądu, osobę rozwiedzioną, chyba że osoba taka wychowuje wspólnie co najmniej jedno dziecko z jego rodzicem.</w:t>
      </w:r>
      <w:r>
        <w:br/>
      </w:r>
      <w:r>
        <w:rPr>
          <w:rFonts w:ascii="Times New Roman" w:eastAsia="Times New Roman" w:hAnsi="Times New Roman" w:cs="Times New Roman"/>
          <w:b/>
          <w:sz w:val="16"/>
          <w:lang w:val="pl-PL"/>
        </w:rPr>
        <w:t>Piecza zastępcza</w:t>
      </w:r>
      <w:r>
        <w:rPr>
          <w:rFonts w:ascii="Times New Roman" w:eastAsia="Times New Roman" w:hAnsi="Times New Roman" w:cs="Times New Roman"/>
          <w:sz w:val="16"/>
          <w:lang w:val="pl-PL"/>
        </w:rPr>
        <w:t xml:space="preserve"> - rodzina zastępcza (spokrewniona, niespokrewniona, niezawodowa, zawodowa, zawodowa pełniąca funkcję pogotowia rodzinnego,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zawodowa specjalistyczna), rodzinny dom dziecka, placówka opiekuńczo - wychowawcza, placówka opiekuńczo -terapeutyczna, interwencyjny ośrodek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preadopcyjny.</w:t>
      </w:r>
      <w:r>
        <w:br/>
      </w:r>
      <w:r>
        <w:rPr>
          <w:rFonts w:ascii="Times New Roman" w:eastAsia="Times New Roman" w:hAnsi="Times New Roman" w:cs="Times New Roman"/>
          <w:b/>
          <w:sz w:val="16"/>
          <w:lang w:val="pl-PL"/>
        </w:rPr>
        <w:t>Pouczenie: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Wnioskodawca ma prawo do odmowy udzielenia informacji na temat spełniania przez kandydata dodatkowych kryteriów, oznacza to jednak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nieuwzględnienie tych kryteriów w postępowaniu rekrutacyjnym.</w:t>
      </w:r>
      <w:r>
        <w:br/>
      </w:r>
      <w:r>
        <w:rPr>
          <w:rFonts w:ascii="Times New Roman" w:eastAsia="Times New Roman" w:hAnsi="Times New Roman" w:cs="Times New Roman"/>
          <w:b/>
          <w:sz w:val="16"/>
          <w:lang w:val="pl-PL"/>
        </w:rPr>
        <w:t>Informujemy, że: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Administratorem danych osobowych jest dyrektor bursy szkolnej, do której zgłoszono kandydata. Dane przetwarzane są w celu realizacji czynności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urzędowych związanych z przyjęciem do bursy szkolnej prowadzonej przez Miasto Łódź. Macie Państwo prawo do dostępu i sprostowania danych oraz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ograniczenia przetwarzania danych, na zasadach określonych w rozporządzeniu Parlamentu Europejskiego i Rady(UE) 2016/679 z dnia 27 kwietnia 2016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r. w sprawie ochrony osób fizycznych w związku z przetwarzaniem danych osobowych i w sprawie swobodnego przepływu takich danych oraz uchylenia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dyrektywy 95/46/WE (ogólne rozporządzenie o ochronie danych) (Dz. Urz. UE L 119 z 04.05.2016, str. 1 z późn.zm.). Szczegółowa klauzula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informacyjna jest dostępna na stronie internetowej oraz w sekretariacie bursy szkolnej, do której złożono wniosek</w:t>
      </w:r>
    </w:p>
    <w:p w14:paraId="6DFE1727" w14:textId="77777777" w:rsidR="007D5AC6" w:rsidRDefault="007D5AC6">
      <w:pPr>
        <w:keepLines/>
        <w:widowControl w:val="0"/>
        <w:spacing w:line="658" w:lineRule="exact"/>
      </w:pPr>
    </w:p>
    <w:tbl>
      <w:tblPr>
        <w:tblW w:w="9916" w:type="dxa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1"/>
        <w:gridCol w:w="497"/>
        <w:gridCol w:w="498"/>
      </w:tblGrid>
      <w:tr w:rsidR="007D5AC6" w14:paraId="36D673A0" w14:textId="77777777">
        <w:trPr>
          <w:cantSplit/>
          <w:trHeight w:hRule="exact" w:val="264"/>
        </w:trPr>
        <w:tc>
          <w:tcPr>
            <w:tcW w:w="8921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CB2D27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Zapoznałam się/zapoznałem się z treścią powyższych informacji.*</w:t>
            </w:r>
          </w:p>
        </w:tc>
        <w:tc>
          <w:tcPr>
            <w:tcW w:w="497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8FFFEB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TAK</w:t>
            </w:r>
          </w:p>
        </w:tc>
        <w:tc>
          <w:tcPr>
            <w:tcW w:w="498" w:type="dxa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759B08A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NIE</w:t>
            </w:r>
          </w:p>
        </w:tc>
      </w:tr>
    </w:tbl>
    <w:p w14:paraId="5C1EA4A1" w14:textId="77777777" w:rsidR="007D5AC6" w:rsidRDefault="007D5AC6">
      <w:pPr>
        <w:keepLines/>
        <w:widowControl w:val="0"/>
        <w:spacing w:line="1112" w:lineRule="exact"/>
      </w:pPr>
    </w:p>
    <w:tbl>
      <w:tblPr>
        <w:tblW w:w="9916" w:type="dxa"/>
        <w:tblInd w:w="2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3305"/>
        <w:gridCol w:w="3305"/>
      </w:tblGrid>
      <w:tr w:rsidR="007D5AC6" w14:paraId="7F16B9F2" w14:textId="77777777">
        <w:trPr>
          <w:cantSplit/>
          <w:trHeight w:hRule="exact" w:val="702"/>
        </w:trPr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96B9" w14:textId="46D1AF06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eastAsia="Verdana" w:cs="Verdana"/>
                <w:sz w:val="22"/>
                <w:lang w:val="pl-PL"/>
              </w:rPr>
              <w:t>..............................</w:t>
            </w:r>
            <w:r>
              <w:br/>
            </w:r>
          </w:p>
        </w:tc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EFB4" w14:textId="77777777" w:rsidR="007D5AC6" w:rsidRDefault="00642A79">
            <w:pPr>
              <w:keepLines/>
              <w:widowControl w:val="0"/>
              <w:spacing w:line="320" w:lineRule="exact"/>
              <w:jc w:val="center"/>
            </w:pPr>
            <w:r>
              <w:rPr>
                <w:rFonts w:eastAsia="Verdana" w:cs="Verdana"/>
                <w:sz w:val="22"/>
                <w:lang w:val="pl-PL"/>
              </w:rPr>
              <w:t>..............................</w:t>
            </w:r>
          </w:p>
        </w:tc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A496" w14:textId="77777777" w:rsidR="007D5AC6" w:rsidRDefault="00642A79">
            <w:pPr>
              <w:keepLines/>
              <w:widowControl w:val="0"/>
              <w:spacing w:line="320" w:lineRule="exact"/>
              <w:jc w:val="right"/>
            </w:pPr>
            <w:r>
              <w:rPr>
                <w:rFonts w:eastAsia="Verdana" w:cs="Verdana"/>
                <w:sz w:val="22"/>
                <w:lang w:val="pl-PL"/>
              </w:rPr>
              <w:t>...............................</w:t>
            </w:r>
          </w:p>
        </w:tc>
      </w:tr>
      <w:tr w:rsidR="007D5AC6" w14:paraId="7E2A6A1D" w14:textId="77777777">
        <w:trPr>
          <w:cantSplit/>
          <w:trHeight w:hRule="exact" w:val="320"/>
        </w:trPr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869C" w14:textId="77777777" w:rsidR="007D5AC6" w:rsidRDefault="00642A79">
            <w:pPr>
              <w:keepLines/>
              <w:widowControl w:val="0"/>
            </w:pPr>
            <w:r>
              <w:rPr>
                <w:rFonts w:eastAsia="Verdana" w:cs="Verdana"/>
                <w:lang w:val="pl-PL"/>
              </w:rPr>
              <w:t>podpis matki/opiekuna prawnego</w:t>
            </w:r>
          </w:p>
        </w:tc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C54B" w14:textId="77777777" w:rsidR="007D5AC6" w:rsidRDefault="00642A79">
            <w:pPr>
              <w:keepLines/>
              <w:widowControl w:val="0"/>
              <w:jc w:val="center"/>
            </w:pPr>
            <w:r>
              <w:rPr>
                <w:rFonts w:eastAsia="Verdana" w:cs="Verdana"/>
                <w:lang w:val="pl-PL"/>
              </w:rPr>
              <w:t>podpis ojca/opiekuna prawnego</w:t>
            </w:r>
          </w:p>
        </w:tc>
        <w:tc>
          <w:tcPr>
            <w:tcW w:w="3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B80C" w14:textId="77777777" w:rsidR="007D5AC6" w:rsidRDefault="00642A79">
            <w:pPr>
              <w:keepLines/>
              <w:widowControl w:val="0"/>
              <w:jc w:val="right"/>
            </w:pPr>
            <w:r>
              <w:rPr>
                <w:rFonts w:eastAsia="Verdana" w:cs="Verdana"/>
                <w:lang w:val="pl-PL"/>
              </w:rPr>
              <w:t>podpis pełnoletniego kandydata</w:t>
            </w:r>
          </w:p>
        </w:tc>
      </w:tr>
    </w:tbl>
    <w:p w14:paraId="3C35DEDC" w14:textId="77777777" w:rsidR="007D5AC6" w:rsidRDefault="007D5AC6">
      <w:pPr>
        <w:keepLines/>
        <w:widowControl w:val="0"/>
        <w:spacing w:line="1037" w:lineRule="exact"/>
      </w:pPr>
    </w:p>
    <w:p w14:paraId="79B36F37" w14:textId="77777777" w:rsidR="007D5AC6" w:rsidRDefault="00642A79">
      <w:pPr>
        <w:keepLines/>
        <w:widowControl w:val="0"/>
        <w:ind w:left="280" w:right="280"/>
      </w:pPr>
      <w:r>
        <w:rPr>
          <w:rFonts w:eastAsia="Verdana" w:cs="Verdana"/>
          <w:lang w:val="pl-PL"/>
        </w:rPr>
        <w:t>Do wniosku należy dołączyć dokumenty potwierdzające spełnianie zaznaczonych w systemie kryteriów:</w:t>
      </w:r>
    </w:p>
    <w:p w14:paraId="73BE9441" w14:textId="77777777" w:rsidR="007D5AC6" w:rsidRDefault="00642A79">
      <w:pPr>
        <w:keepLines/>
        <w:widowControl w:val="0"/>
        <w:spacing w:line="20" w:lineRule="exact"/>
      </w:pPr>
      <w:r>
        <w:br w:type="page"/>
      </w:r>
    </w:p>
    <w:p w14:paraId="4DFC335E" w14:textId="2A883AA1" w:rsidR="007D5AC6" w:rsidRDefault="00642A79" w:rsidP="00F54168">
      <w:pPr>
        <w:keepLines/>
        <w:widowControl w:val="0"/>
        <w:spacing w:line="320" w:lineRule="exact"/>
        <w:ind w:left="280" w:right="280"/>
      </w:pPr>
      <w:r>
        <w:rPr>
          <w:rFonts w:ascii="Times New Roman" w:eastAsia="Times New Roman" w:hAnsi="Times New Roman" w:cs="Times New Roman"/>
          <w:sz w:val="16"/>
          <w:lang w:val="pl-PL"/>
        </w:rPr>
        <w:lastRenderedPageBreak/>
        <w:t>Zestaw zgód i oświadczeń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Imię i nazwisko wychowanka: .....................................................</w:t>
      </w:r>
      <w:r>
        <w:br/>
      </w:r>
      <w:r>
        <w:rPr>
          <w:rFonts w:ascii="Times New Roman" w:eastAsia="Times New Roman" w:hAnsi="Times New Roman" w:cs="Times New Roman"/>
          <w:sz w:val="16"/>
          <w:lang w:val="pl-PL"/>
        </w:rPr>
        <w:t>Rok szkolny: ...........................</w:t>
      </w:r>
      <w:r w:rsidR="00F54168">
        <w:br/>
      </w:r>
      <w:r w:rsidR="00F54168">
        <w:br/>
      </w:r>
    </w:p>
    <w:tbl>
      <w:tblPr>
        <w:tblW w:w="104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6"/>
        <w:gridCol w:w="5230"/>
      </w:tblGrid>
      <w:tr w:rsidR="007D5AC6" w14:paraId="1E4C52C7" w14:textId="77777777">
        <w:trPr>
          <w:cantSplit/>
          <w:trHeight w:hRule="exact" w:val="1361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5F4B81C7" w14:textId="604F6AE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Wyrażam zgodę na samodzielne przejazdy mojego dziecka z domu do bursy i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 odwrotnym kierunku. Biorę odpowiedzialność za jego bezpieczeństwo (nie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dotyczy pełnoletniego kandydata)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6EBE86F5" w14:textId="67E21557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465CF5A5" w14:textId="77777777">
        <w:trPr>
          <w:cantSplit/>
          <w:trHeight w:hRule="exact" w:val="410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711053D0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Zostałem poinformowany o monitoringu wizyjnym na terenie bursy.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1A6C4342" w14:textId="7B237FF1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06829769" w14:textId="77777777">
        <w:trPr>
          <w:cantSplit/>
          <w:trHeight w:hRule="exact" w:val="963"/>
        </w:trPr>
        <w:tc>
          <w:tcPr>
            <w:tcW w:w="5236" w:type="dxa"/>
            <w:tcMar>
              <w:top w:w="0" w:type="dxa"/>
              <w:left w:w="40" w:type="dxa"/>
              <w:bottom w:w="0" w:type="dxa"/>
              <w:right w:w="24" w:type="dxa"/>
            </w:tcMar>
          </w:tcPr>
          <w:p w14:paraId="77489D65" w14:textId="77777777" w:rsidR="007D5AC6" w:rsidRDefault="00642A79">
            <w:pPr>
              <w:keepLines/>
              <w:widowControl w:val="0"/>
              <w:spacing w:line="185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Wyrażam zgodę na nieodpłatne utrwalenie i publikację wizerunku mojego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dziecka/mojego wizerunku(kandydat pełnoletni) w materiałach promocyjnych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bursy.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37CB1F75" w14:textId="6A55C4D7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09FCF09C" w14:textId="77777777">
        <w:trPr>
          <w:cantSplit/>
          <w:trHeight w:hRule="exact" w:val="1049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5AF74AB2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Wyrażam zgodę na samodzielne wyjścia mojego dziecka na zajęcia szkolne,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zajęcia dodatkowe, wyjścia do rodziny, na spacer itp. Biorę odpowiedzialność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za jego bezpieczeństwo((nie dotyczy pełnoletniego kandydata)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5BF9674E" w14:textId="3BB5C650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0E91111D" w14:textId="77777777">
        <w:trPr>
          <w:cantSplit/>
          <w:trHeight w:hRule="exact" w:val="730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47A738E9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Wyrażam zgodę na udział mojego dziecka w zajęciach organizowanych na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terenie bursy przez podmioty zewnętrzne(nie dotyczy pełnoletniego kandydata).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753F0ADF" w14:textId="5E805B4F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03712A1D" w14:textId="77777777">
        <w:trPr>
          <w:cantSplit/>
          <w:trHeight w:hRule="exact" w:val="732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6E4A4200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Zobowiązuję się do niezwłocznego zabrania mojego dziecka do domu w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przypadku jego choroby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31D2EA3E" w14:textId="7CAACF33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6CEA4D8D" w14:textId="77777777">
        <w:trPr>
          <w:cantSplit/>
          <w:trHeight w:hRule="exact" w:val="730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276948FE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Wyrażam zgodę na dowiezienie mojego dziecka do lekarza taksówką i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zobowiązuję się do zwrotu kosztów za przejazd.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0D22036E" w14:textId="70ADAA24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056CBF00" w14:textId="77777777">
        <w:trPr>
          <w:cantSplit/>
          <w:trHeight w:hRule="exact" w:val="730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73AE1C12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Zobowiązuję się z zaznajomieniem się z regulaminami i procedurami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znajdującymi się na stronie internetowej bursy.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7977D67F" w14:textId="678AE1C9" w:rsidR="007D5AC6" w:rsidRDefault="007D5AC6">
            <w:pPr>
              <w:keepLines/>
              <w:widowControl w:val="0"/>
              <w:spacing w:line="320" w:lineRule="exact"/>
            </w:pPr>
          </w:p>
        </w:tc>
      </w:tr>
      <w:tr w:rsidR="007D5AC6" w14:paraId="2505C952" w14:textId="77777777">
        <w:trPr>
          <w:cantSplit/>
          <w:trHeight w:hRule="exact" w:val="401"/>
        </w:trPr>
        <w:tc>
          <w:tcPr>
            <w:tcW w:w="5236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37E81607" w14:textId="77777777" w:rsidR="007D5AC6" w:rsidRDefault="00642A79">
            <w:pPr>
              <w:keepLines/>
              <w:widowControl w:val="0"/>
              <w:spacing w:line="320" w:lineRule="exact"/>
            </w:pPr>
            <w:r>
              <w:rPr>
                <w:rFonts w:ascii="Times New Roman" w:eastAsia="Times New Roman" w:hAnsi="Times New Roman" w:cs="Times New Roman"/>
                <w:sz w:val="16"/>
                <w:lang w:val="pl-PL"/>
              </w:rPr>
              <w:t>Pomoc psychologa</w:t>
            </w:r>
          </w:p>
        </w:tc>
        <w:tc>
          <w:tcPr>
            <w:tcW w:w="5230" w:type="dxa"/>
            <w:tcMar>
              <w:top w:w="70" w:type="dxa"/>
              <w:left w:w="40" w:type="dxa"/>
              <w:bottom w:w="0" w:type="dxa"/>
              <w:right w:w="24" w:type="dxa"/>
            </w:tcMar>
          </w:tcPr>
          <w:p w14:paraId="5DA1D8C4" w14:textId="4641C0F0" w:rsidR="007D5AC6" w:rsidRDefault="007D5AC6">
            <w:pPr>
              <w:keepLines/>
              <w:widowControl w:val="0"/>
              <w:spacing w:line="320" w:lineRule="exact"/>
            </w:pPr>
          </w:p>
        </w:tc>
      </w:tr>
    </w:tbl>
    <w:p w14:paraId="6A091AC4" w14:textId="77777777" w:rsidR="00BC2D64" w:rsidRDefault="00BC2D64"/>
    <w:sectPr w:rsidR="00BC2D64" w:rsidSect="00034616">
      <w:footerReference w:type="default" r:id="rId8"/>
      <w:pgSz w:w="11906" w:h="16838"/>
      <w:pgMar w:top="817" w:right="720" w:bottom="800" w:left="720" w:header="40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1CDA4" w14:textId="77777777" w:rsidR="004465DE" w:rsidRDefault="004465DE">
      <w:pPr>
        <w:spacing w:line="240" w:lineRule="auto"/>
      </w:pPr>
      <w:r>
        <w:separator/>
      </w:r>
    </w:p>
  </w:endnote>
  <w:endnote w:type="continuationSeparator" w:id="0">
    <w:p w14:paraId="12C066AA" w14:textId="77777777" w:rsidR="004465DE" w:rsidRDefault="00446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DFA0" w14:textId="77777777" w:rsidR="007D5AC6" w:rsidRDefault="00642A79">
    <w:pPr>
      <w:pStyle w:val="Stopka"/>
      <w:keepLines/>
      <w:widowControl w:val="0"/>
      <w:spacing w:line="160" w:lineRule="exact"/>
      <w:ind w:left="280" w:right="280"/>
      <w:jc w:val="right"/>
    </w:pPr>
    <w:r>
      <w:rPr>
        <w:rFonts w:eastAsia="Verdana" w:cs="Verdana"/>
        <w:sz w:val="12"/>
        <w:lang w:val="pl-PL"/>
      </w:rPr>
      <w:t xml:space="preserve">Strona </w:t>
    </w:r>
    <w:r>
      <w:fldChar w:fldCharType="begin"/>
    </w:r>
    <w:r>
      <w:instrText>PAGE</w:instrText>
    </w:r>
    <w:r>
      <w:fldChar w:fldCharType="separate"/>
    </w:r>
    <w:r>
      <w:rPr>
        <w:rFonts w:ascii="Times New Roman" w:eastAsia="Times New Roman" w:hAnsi="Times New Roman" w:cs="Times New Roman"/>
        <w:sz w:val="12"/>
        <w:szCs w:val="12"/>
      </w:rPr>
      <w:t>1</w:t>
    </w:r>
    <w:r>
      <w:rPr>
        <w:rFonts w:ascii="Times New Roman" w:eastAsia="Times New Roman" w:hAnsi="Times New Roman" w:cs="Times New Roman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8DD7" w14:textId="77777777" w:rsidR="004465DE" w:rsidRDefault="004465DE">
      <w:pPr>
        <w:spacing w:line="240" w:lineRule="auto"/>
      </w:pPr>
      <w:r>
        <w:separator/>
      </w:r>
    </w:p>
  </w:footnote>
  <w:footnote w:type="continuationSeparator" w:id="0">
    <w:p w14:paraId="41FAC4C7" w14:textId="77777777" w:rsidR="004465DE" w:rsidRDefault="004465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845702">
    <w:abstractNumId w:val="8"/>
  </w:num>
  <w:num w:numId="2" w16cid:durableId="452409069">
    <w:abstractNumId w:val="6"/>
  </w:num>
  <w:num w:numId="3" w16cid:durableId="1862668153">
    <w:abstractNumId w:val="5"/>
  </w:num>
  <w:num w:numId="4" w16cid:durableId="1635941579">
    <w:abstractNumId w:val="4"/>
  </w:num>
  <w:num w:numId="5" w16cid:durableId="931402292">
    <w:abstractNumId w:val="7"/>
  </w:num>
  <w:num w:numId="6" w16cid:durableId="375590930">
    <w:abstractNumId w:val="3"/>
  </w:num>
  <w:num w:numId="7" w16cid:durableId="1009482009">
    <w:abstractNumId w:val="2"/>
  </w:num>
  <w:num w:numId="8" w16cid:durableId="529606263">
    <w:abstractNumId w:val="1"/>
  </w:num>
  <w:num w:numId="9" w16cid:durableId="76461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65DE"/>
    <w:rsid w:val="00642A79"/>
    <w:rsid w:val="007B7533"/>
    <w:rsid w:val="007D5AC6"/>
    <w:rsid w:val="00AA1D8D"/>
    <w:rsid w:val="00B47730"/>
    <w:rsid w:val="00BC2D64"/>
    <w:rsid w:val="00CB0664"/>
    <w:rsid w:val="00F54168"/>
    <w:rsid w:val="00F605F3"/>
    <w:rsid w:val="00F765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514A3"/>
  <w14:defaultImageDpi w14:val="300"/>
  <w15:docId w15:val="{69316D10-A8D9-0B4D-9E40-56560FBF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170" w:lineRule="exact"/>
    </w:pPr>
    <w:rPr>
      <w:rFonts w:ascii="Verdana" w:hAnsi="Verdana"/>
      <w:sz w:val="1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6428</Characters>
  <Application>Microsoft Office Word</Application>
  <DocSecurity>0</DocSecurity>
  <Lines>535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do bursy - Miasto Łódź</dc:title>
  <dc:subject>Edytowalny formularz odtworzony z dokumentu PDF</dc:subject>
  <dc:creator>Małgorzata Dzika</dc:creator>
  <cp:keywords>wniosek, bursa, Miasto Łódź</cp:keywords>
  <dc:description>generated by python-docx</dc:description>
  <cp:lastModifiedBy>Małgorzata Dzika</cp:lastModifiedBy>
  <cp:revision>2</cp:revision>
  <dcterms:created xsi:type="dcterms:W3CDTF">2026-08-10T20:28:00Z</dcterms:created>
  <dcterms:modified xsi:type="dcterms:W3CDTF">2026-08-10T20:28:00Z</dcterms:modified>
  <cp:category/>
</cp:coreProperties>
</file>