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keepLines w:val="0"/>
        <w:widowControl w:val="0"/>
        <w:tabs>
          <w:tab w:pos="3934" w:val="left"/>
        </w:tabs>
        <w:spacing w:before="0" w:after="0" w:lineRule="exact" w:line="269"/>
        <w:ind w:left="0" w:right="0" w:firstLine="0"/>
        <w:jc w:val="left"/>
      </w:pPr>
      <w:r>
        <w:rPr>
          <w:rFonts w:ascii="Calibri" w:hAnsi="Calibri" w:eastAsia="Calibri" w:cs="Calibri"/>
          <w:b w:val="0"/>
          <w:sz w:val="22"/>
        </w:rPr>
        <w:br/>
      </w:r>
      <w:r>
        <w:rPr>
          <w:rFonts w:ascii="Calibri" w:hAnsi="Calibri" w:eastAsia="Calibri" w:cs="Calibri"/>
          <w:b w:val="0"/>
          <w:sz w:val="22"/>
        </w:rPr>
        <w:t>…………………………………………….</w:t>
      </w:r>
      <w:r>
        <w:rPr>
          <w:rFonts w:ascii="Calibri" w:hAnsi="Calibri" w:eastAsia="Calibri" w:cs="Calibri"/>
          <w:b w:val="0"/>
          <w:sz w:val="22"/>
        </w:rPr>
        <w:tab/>
        <w:t>Miejscowość …………………………………, dn. …….…………………</w:t>
      </w:r>
      <w:r>
        <w:rPr>
          <w:rFonts w:ascii="Calibri" w:hAnsi="Calibri" w:eastAsia="Calibri" w:cs="Calibri"/>
          <w:b w:val="0"/>
          <w:sz w:val="22"/>
        </w:rPr>
        <w:br/>
      </w:r>
      <w:r>
        <w:rPr>
          <w:rFonts w:ascii="Calibri" w:hAnsi="Calibri" w:eastAsia="Calibri" w:cs="Calibri"/>
          <w:b w:val="0"/>
          <w:sz w:val="22"/>
        </w:rPr>
        <w:t>/imię i nazwisko rodzica</w:t>
      </w:r>
      <w:r>
        <w:rPr>
          <w:rFonts w:ascii="Calibri" w:hAnsi="Calibri" w:eastAsia="Calibri" w:cs="Calibri"/>
          <w:b w:val="0"/>
          <w:sz w:val="14"/>
        </w:rPr>
        <w:t>*</w:t>
      </w:r>
      <w:r>
        <w:rPr>
          <w:rFonts w:ascii="Calibri" w:hAnsi="Calibri" w:eastAsia="Calibri" w:cs="Calibri"/>
          <w:b w:val="0"/>
          <w:sz w:val="22"/>
        </w:rPr>
        <w:t>/</w:t>
      </w:r>
      <w:r>
        <w:rPr>
          <w:rFonts w:ascii="Calibri" w:hAnsi="Calibri" w:eastAsia="Calibri" w:cs="Calibri"/>
          <w:b w:val="0"/>
          <w:sz w:val="22"/>
        </w:rPr>
        <w:br/>
      </w:r>
      <w:r>
        <w:rPr>
          <w:rFonts w:ascii="Calibri" w:hAnsi="Calibri" w:eastAsia="Calibri" w:cs="Calibri"/>
          <w:b w:val="0"/>
          <w:sz w:val="22"/>
        </w:rPr>
        <w:br/>
      </w:r>
      <w:r>
        <w:rPr>
          <w:rFonts w:ascii="Calibri" w:hAnsi="Calibri" w:eastAsia="Calibri" w:cs="Calibri"/>
          <w:b w:val="0"/>
          <w:sz w:val="22"/>
        </w:rPr>
        <w:t>…………………………………………….</w:t>
      </w:r>
      <w:r>
        <w:rPr>
          <w:rFonts w:ascii="Calibri" w:hAnsi="Calibri" w:eastAsia="Calibri" w:cs="Calibri"/>
          <w:b w:val="0"/>
          <w:sz w:val="22"/>
        </w:rPr>
        <w:br/>
      </w:r>
      <w:r>
        <w:rPr>
          <w:rFonts w:ascii="Calibri" w:hAnsi="Calibri" w:eastAsia="Calibri" w:cs="Calibri"/>
          <w:b w:val="0"/>
          <w:sz w:val="22"/>
        </w:rPr>
        <w:br/>
      </w:r>
      <w:r>
        <w:rPr>
          <w:rFonts w:ascii="Calibri" w:hAnsi="Calibri" w:eastAsia="Calibri" w:cs="Calibri"/>
          <w:b w:val="0"/>
          <w:sz w:val="22"/>
        </w:rPr>
        <w:t>…………………………………………….</w:t>
      </w:r>
      <w:r>
        <w:rPr>
          <w:rFonts w:ascii="Calibri" w:hAnsi="Calibri" w:eastAsia="Calibri" w:cs="Calibri"/>
          <w:b w:val="0"/>
          <w:sz w:val="22"/>
        </w:rPr>
        <w:br/>
      </w:r>
      <w:r>
        <w:rPr>
          <w:rFonts w:ascii="Calibri" w:hAnsi="Calibri" w:eastAsia="Calibri" w:cs="Calibri"/>
          <w:b w:val="0"/>
          <w:sz w:val="22"/>
        </w:rPr>
        <w:br/>
      </w:r>
      <w:r>
        <w:rPr>
          <w:rFonts w:ascii="Calibri" w:hAnsi="Calibri" w:eastAsia="Calibri" w:cs="Calibri"/>
          <w:b w:val="0"/>
          <w:sz w:val="22"/>
        </w:rPr>
        <w:t>…………………………………………….</w:t>
      </w:r>
      <w:r>
        <w:rPr>
          <w:rFonts w:ascii="Calibri" w:hAnsi="Calibri" w:eastAsia="Calibri" w:cs="Calibri"/>
          <w:b w:val="0"/>
          <w:sz w:val="22"/>
        </w:rPr>
        <w:br/>
      </w:r>
      <w:r>
        <w:rPr>
          <w:rFonts w:ascii="Calibri" w:hAnsi="Calibri" w:eastAsia="Calibri" w:cs="Calibri"/>
          <w:b w:val="0"/>
          <w:sz w:val="22"/>
        </w:rPr>
        <w:t>/adres zamieszkania rodzica</w:t>
      </w:r>
      <w:r>
        <w:rPr>
          <w:rFonts w:ascii="Calibri" w:hAnsi="Calibri" w:eastAsia="Calibri" w:cs="Calibri"/>
          <w:b w:val="0"/>
          <w:sz w:val="14"/>
        </w:rPr>
        <w:t>*</w:t>
      </w:r>
      <w:r>
        <w:rPr>
          <w:rFonts w:ascii="Calibri" w:hAnsi="Calibri" w:eastAsia="Calibri" w:cs="Calibri"/>
          <w:b w:val="0"/>
          <w:sz w:val="22"/>
        </w:rPr>
        <w:t>/</w:t>
      </w:r>
      <w:r>
        <w:rPr>
          <w:rFonts w:ascii="Calibri" w:hAnsi="Calibri" w:eastAsia="Calibri" w:cs="Calibri"/>
          <w:b w:val="0"/>
          <w:sz w:val="22"/>
        </w:rPr>
        <w:br/>
      </w:r>
      <w:r>
        <w:rPr>
          <w:rFonts w:ascii="Calibri" w:hAnsi="Calibri" w:eastAsia="Calibri" w:cs="Calibri"/>
          <w:b w:val="0"/>
          <w:sz w:val="22"/>
        </w:rPr>
        <w:br/>
      </w:r>
    </w:p>
    <w:p>
      <w:pPr>
        <w:keepNext w:val="0"/>
        <w:keepLines w:val="0"/>
        <w:widowControl w:val="0"/>
        <w:spacing w:before="23" w:after="0" w:lineRule="exact" w:line="293"/>
        <w:ind w:left="0" w:right="0" w:firstLine="0"/>
        <w:jc w:val="center"/>
      </w:pPr>
      <w:r>
        <w:rPr>
          <w:rFonts w:ascii="Calibri" w:hAnsi="Calibri" w:eastAsia="Calibri" w:cs="Calibri"/>
          <w:b/>
          <w:sz w:val="24"/>
        </w:rPr>
        <w:t>OŚWIADCZENIE</w:t>
      </w:r>
      <w:r>
        <w:rPr>
          <w:rFonts w:ascii="Calibri" w:hAnsi="Calibri" w:eastAsia="Calibri" w:cs="Calibri"/>
          <w:b w:val="0"/>
          <w:sz w:val="24"/>
        </w:rPr>
        <w:br/>
      </w:r>
      <w:r>
        <w:rPr>
          <w:rFonts w:ascii="Calibri" w:hAnsi="Calibri" w:eastAsia="Calibri" w:cs="Calibri"/>
          <w:b w:val="0"/>
          <w:sz w:val="24"/>
        </w:rPr>
        <w:br/>
      </w:r>
    </w:p>
    <w:p>
      <w:pPr>
        <w:keepNext w:val="0"/>
        <w:keepLines w:val="0"/>
        <w:widowControl w:val="0"/>
        <w:spacing w:before="0" w:after="251" w:lineRule="exact" w:line="269"/>
        <w:ind w:left="0" w:right="0" w:firstLine="0"/>
        <w:jc w:val="left"/>
      </w:pPr>
      <w:r>
        <w:rPr>
          <w:rFonts w:ascii="Calibri" w:hAnsi="Calibri" w:eastAsia="Calibri" w:cs="Calibri"/>
          <w:b w:val="0"/>
          <w:sz w:val="22"/>
        </w:rPr>
        <w:t>Oświadczam,</w:t>
      </w:r>
      <w:r>
        <w:rPr>
          <w:rFonts w:ascii="Calibri" w:hAnsi="Calibri" w:eastAsia="Calibri" w:cs="Calibri"/>
          <w:b w:val="0"/>
          <w:sz w:val="18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że</w:t>
      </w:r>
      <w:r>
        <w:rPr>
          <w:rFonts w:ascii="Calibri" w:hAnsi="Calibri" w:eastAsia="Calibri" w:cs="Calibri"/>
          <w:b w:val="0"/>
          <w:sz w:val="18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jestem</w:t>
      </w:r>
      <w:r>
        <w:rPr>
          <w:rFonts w:ascii="Calibri" w:hAnsi="Calibri" w:eastAsia="Calibri" w:cs="Calibri"/>
          <w:b w:val="0"/>
          <w:sz w:val="18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osobą</w:t>
      </w:r>
      <w:r>
        <w:rPr>
          <w:rFonts w:ascii="Calibri" w:hAnsi="Calibri" w:eastAsia="Calibri" w:cs="Calibri"/>
          <w:b w:val="0"/>
          <w:sz w:val="19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samotnie</w:t>
      </w:r>
      <w:r>
        <w:rPr>
          <w:rFonts w:ascii="Calibri" w:hAnsi="Calibri" w:eastAsia="Calibri" w:cs="Calibri"/>
          <w:b w:val="0"/>
          <w:sz w:val="18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wychowującą</w:t>
      </w:r>
      <w:r>
        <w:rPr>
          <w:rFonts w:ascii="Calibri" w:hAnsi="Calibri" w:eastAsia="Calibri" w:cs="Calibri"/>
          <w:b w:val="0"/>
          <w:sz w:val="16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dziecko</w:t>
      </w:r>
      <w:r>
        <w:rPr>
          <w:rFonts w:ascii="Calibri" w:hAnsi="Calibri" w:eastAsia="Calibri" w:cs="Calibri"/>
          <w:b w:val="0"/>
          <w:sz w:val="18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oraz,</w:t>
      </w:r>
      <w:r>
        <w:rPr>
          <w:rFonts w:ascii="Calibri" w:hAnsi="Calibri" w:eastAsia="Calibri" w:cs="Calibri"/>
          <w:b w:val="0"/>
          <w:sz w:val="19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że</w:t>
      </w:r>
      <w:r>
        <w:rPr>
          <w:rFonts w:ascii="Calibri" w:hAnsi="Calibri" w:eastAsia="Calibri" w:cs="Calibri"/>
          <w:b w:val="0"/>
          <w:sz w:val="19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nie</w:t>
      </w:r>
      <w:r>
        <w:rPr>
          <w:rFonts w:ascii="Calibri" w:hAnsi="Calibri" w:eastAsia="Calibri" w:cs="Calibri"/>
          <w:b w:val="0"/>
          <w:sz w:val="17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wychowuję</w:t>
      </w:r>
      <w:r>
        <w:rPr>
          <w:rFonts w:ascii="Calibri" w:hAnsi="Calibri" w:eastAsia="Calibri" w:cs="Calibri"/>
          <w:b w:val="0"/>
          <w:sz w:val="18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żadnego</w:t>
      </w:r>
      <w:r>
        <w:rPr>
          <w:rFonts w:ascii="Calibri" w:hAnsi="Calibri" w:eastAsia="Calibri" w:cs="Calibri"/>
          <w:b w:val="0"/>
          <w:sz w:val="18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dziecka</w:t>
      </w:r>
      <w:r>
        <w:rPr>
          <w:rFonts w:ascii="Calibri" w:hAnsi="Calibri" w:eastAsia="Calibri" w:cs="Calibri"/>
          <w:b w:val="0"/>
          <w:sz w:val="22"/>
        </w:rPr>
        <w:br/>
      </w:r>
      <w:r>
        <w:rPr>
          <w:rFonts w:ascii="Calibri" w:hAnsi="Calibri" w:eastAsia="Calibri" w:cs="Calibri"/>
          <w:b w:val="0"/>
          <w:sz w:val="22"/>
        </w:rPr>
        <w:t>wspólnie</w:t>
      </w:r>
      <w:r>
        <w:rPr>
          <w:rFonts w:ascii="Calibri" w:hAnsi="Calibri" w:eastAsia="Calibri" w:cs="Calibri"/>
          <w:b w:val="0"/>
          <w:sz w:val="21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z</w:t>
      </w:r>
      <w:r>
        <w:rPr>
          <w:rFonts w:ascii="Calibri" w:hAnsi="Calibri" w:eastAsia="Calibri" w:cs="Calibri"/>
          <w:b w:val="0"/>
          <w:sz w:val="22"/>
          <w:spacing w:val="0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jego</w:t>
      </w:r>
      <w:r>
        <w:rPr>
          <w:rFonts w:ascii="Calibri" w:hAnsi="Calibri" w:eastAsia="Calibri" w:cs="Calibri"/>
          <w:b w:val="0"/>
          <w:sz w:val="22"/>
          <w:spacing w:val="1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rodzicem.</w:t>
      </w:r>
    </w:p>
    <w:p>
      <w:pPr>
        <w:keepNext w:val="0"/>
        <w:keepLines w:val="0"/>
        <w:widowControl w:val="0"/>
        <w:tabs>
          <w:tab w:pos="6239" w:val="left"/>
          <w:tab w:pos="7232" w:val="left"/>
        </w:tabs>
        <w:spacing w:before="0" w:after="0" w:lineRule="exact" w:line="293"/>
        <w:ind w:left="0" w:right="0" w:firstLine="0"/>
        <w:jc w:val="left"/>
      </w:pPr>
      <w:r>
        <w:rPr>
          <w:rFonts w:ascii="Calibri" w:hAnsi="Calibri" w:eastAsia="Calibri" w:cs="Calibri"/>
          <w:b w:val="0"/>
          <w:sz w:val="22"/>
        </w:rPr>
        <w:t xml:space="preserve"> Jestem świadomy/a odpowiedzialności karnej za złożenie fałszywego oświadczenia.</w:t>
      </w:r>
      <w:r>
        <w:rPr>
          <w:rFonts w:ascii="Calibri" w:hAnsi="Calibri" w:eastAsia="Calibri" w:cs="Calibri"/>
          <w:b w:val="0"/>
          <w:sz w:val="24"/>
        </w:rPr>
        <w:br/>
      </w:r>
      <w:r>
        <w:rPr>
          <w:rFonts w:ascii="Calibri" w:hAnsi="Calibri" w:eastAsia="Calibri" w:cs="Calibri"/>
          <w:b w:val="0"/>
          <w:sz w:val="24"/>
        </w:rPr>
        <w:br/>
      </w:r>
      <w:r>
        <w:rPr>
          <w:rFonts w:ascii="Calibri" w:hAnsi="Calibri" w:eastAsia="Calibri" w:cs="Calibri"/>
          <w:b w:val="0"/>
          <w:sz w:val="24"/>
        </w:rPr>
        <w:br/>
      </w:r>
      <w:r>
        <w:rPr>
          <w:rFonts w:ascii="Calibri" w:hAnsi="Calibri" w:eastAsia="Calibri" w:cs="Calibri"/>
          <w:b w:val="0"/>
          <w:sz w:val="24"/>
        </w:rPr>
        <w:br/>
      </w:r>
      <w:r>
        <w:rPr>
          <w:rFonts w:ascii="Calibri" w:hAnsi="Calibri" w:eastAsia="Calibri" w:cs="Calibri"/>
          <w:b w:val="0"/>
          <w:sz w:val="24"/>
        </w:rPr>
        <w:br/>
      </w:r>
      <w:r>
        <w:rPr>
          <w:rFonts w:ascii="Calibri" w:hAnsi="Calibri" w:eastAsia="Calibri" w:cs="Calibri"/>
          <w:b w:val="0"/>
          <w:sz w:val="24"/>
        </w:rPr>
        <w:tab/>
        <w:t>…………………………………………..</w:t>
      </w:r>
      <w:r>
        <w:rPr>
          <w:rFonts w:ascii="Calibri" w:hAnsi="Calibri" w:eastAsia="Calibri" w:cs="Calibri"/>
          <w:b w:val="0"/>
          <w:sz w:val="24"/>
        </w:rPr>
        <w:br/>
      </w:r>
      <w:r>
        <w:rPr>
          <w:rFonts w:ascii="Calibri" w:hAnsi="Calibri" w:eastAsia="Calibri" w:cs="Calibri"/>
          <w:b w:val="0"/>
          <w:sz w:val="24"/>
        </w:rPr>
        <w:tab/>
        <w:tab/>
        <w:t>/podpis/</w:t>
      </w:r>
      <w:r>
        <w:rPr>
          <w:rFonts w:ascii="Calibri" w:hAnsi="Calibri" w:eastAsia="Calibri" w:cs="Calibri"/>
          <w:b w:val="0"/>
          <w:sz w:val="24"/>
        </w:rPr>
        <w:br/>
      </w:r>
      <w:r>
        <w:rPr>
          <w:rFonts w:ascii="Calibri" w:hAnsi="Calibri" w:eastAsia="Calibri" w:cs="Calibri"/>
          <w:b w:val="0"/>
          <w:sz w:val="24"/>
        </w:rPr>
        <w:br/>
      </w:r>
    </w:p>
    <w:p>
      <w:pPr>
        <w:keepNext w:val="0"/>
        <w:keepLines w:val="0"/>
        <w:widowControl w:val="0"/>
        <w:spacing w:before="0" w:after="266" w:lineRule="exact" w:line="269"/>
        <w:ind w:left="0" w:right="0" w:firstLine="0"/>
        <w:jc w:val="left"/>
      </w:pPr>
      <w:r>
        <w:rPr>
          <w:rFonts w:ascii="Calibri" w:hAnsi="Calibri" w:eastAsia="Calibri" w:cs="Calibri"/>
          <w:b w:val="0"/>
          <w:sz w:val="22"/>
        </w:rPr>
        <w:t>Przez</w:t>
      </w:r>
      <w:r>
        <w:rPr>
          <w:rFonts w:ascii="Calibri" w:hAnsi="Calibri" w:eastAsia="Calibri" w:cs="Calibri"/>
          <w:b w:val="0"/>
          <w:sz w:val="17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samotne</w:t>
      </w:r>
      <w:r>
        <w:rPr>
          <w:rFonts w:ascii="Calibri" w:hAnsi="Calibri" w:eastAsia="Calibri" w:cs="Calibri"/>
          <w:b w:val="0"/>
          <w:sz w:val="17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wychowywanie</w:t>
      </w:r>
      <w:r>
        <w:rPr>
          <w:rFonts w:ascii="Calibri" w:hAnsi="Calibri" w:eastAsia="Calibri" w:cs="Calibri"/>
          <w:b w:val="0"/>
          <w:sz w:val="18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dziecka</w:t>
      </w:r>
      <w:r>
        <w:rPr>
          <w:rFonts w:ascii="Calibri" w:hAnsi="Calibri" w:eastAsia="Calibri" w:cs="Calibri"/>
          <w:b w:val="0"/>
          <w:sz w:val="17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należy</w:t>
      </w:r>
      <w:r>
        <w:rPr>
          <w:rFonts w:ascii="Calibri" w:hAnsi="Calibri" w:eastAsia="Calibri" w:cs="Calibri"/>
          <w:b w:val="0"/>
          <w:sz w:val="18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rozumieć</w:t>
      </w:r>
      <w:r>
        <w:rPr>
          <w:rFonts w:ascii="Calibri" w:hAnsi="Calibri" w:eastAsia="Calibri" w:cs="Calibri"/>
          <w:b w:val="0"/>
          <w:sz w:val="17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wychowywanie</w:t>
      </w:r>
      <w:r>
        <w:rPr>
          <w:rFonts w:ascii="Calibri" w:hAnsi="Calibri" w:eastAsia="Calibri" w:cs="Calibri"/>
          <w:b w:val="0"/>
          <w:sz w:val="17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dziecka</w:t>
      </w:r>
      <w:r>
        <w:rPr>
          <w:rFonts w:ascii="Calibri" w:hAnsi="Calibri" w:eastAsia="Calibri" w:cs="Calibri"/>
          <w:b w:val="0"/>
          <w:sz w:val="17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przez</w:t>
      </w:r>
      <w:r>
        <w:rPr>
          <w:rFonts w:ascii="Calibri" w:hAnsi="Calibri" w:eastAsia="Calibri" w:cs="Calibri"/>
          <w:b w:val="0"/>
          <w:sz w:val="17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pannę,</w:t>
      </w:r>
      <w:r>
        <w:rPr>
          <w:rFonts w:ascii="Calibri" w:hAnsi="Calibri" w:eastAsia="Calibri" w:cs="Calibri"/>
          <w:b w:val="0"/>
          <w:sz w:val="17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kawalera,</w:t>
      </w:r>
      <w:r>
        <w:rPr>
          <w:rFonts w:ascii="Calibri" w:hAnsi="Calibri" w:eastAsia="Calibri" w:cs="Calibri"/>
          <w:b w:val="0"/>
          <w:sz w:val="22"/>
        </w:rPr>
        <w:br/>
      </w:r>
      <w:r>
        <w:rPr>
          <w:rFonts w:ascii="Calibri" w:hAnsi="Calibri" w:eastAsia="Calibri" w:cs="Calibri"/>
          <w:b w:val="0"/>
          <w:sz w:val="22"/>
        </w:rPr>
        <w:t>wdowę,</w:t>
      </w:r>
      <w:r>
        <w:rPr>
          <w:rFonts w:ascii="Calibri" w:hAnsi="Calibri" w:eastAsia="Calibri" w:cs="Calibri"/>
          <w:b w:val="0"/>
          <w:sz w:val="22"/>
          <w:spacing w:val="30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wdowca,</w:t>
      </w:r>
      <w:r>
        <w:rPr>
          <w:rFonts w:ascii="Calibri" w:hAnsi="Calibri" w:eastAsia="Calibri" w:cs="Calibri"/>
          <w:b w:val="0"/>
          <w:sz w:val="22"/>
          <w:spacing w:val="29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osobę</w:t>
      </w:r>
      <w:r>
        <w:rPr>
          <w:rFonts w:ascii="Calibri" w:hAnsi="Calibri" w:eastAsia="Calibri" w:cs="Calibri"/>
          <w:b w:val="0"/>
          <w:sz w:val="22"/>
          <w:spacing w:val="30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pozostającą</w:t>
      </w:r>
      <w:r>
        <w:rPr>
          <w:rFonts w:ascii="Calibri" w:hAnsi="Calibri" w:eastAsia="Calibri" w:cs="Calibri"/>
          <w:b w:val="0"/>
          <w:sz w:val="22"/>
          <w:spacing w:val="30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w</w:t>
      </w:r>
      <w:r>
        <w:rPr>
          <w:rFonts w:ascii="Calibri" w:hAnsi="Calibri" w:eastAsia="Calibri" w:cs="Calibri"/>
          <w:b w:val="0"/>
          <w:sz w:val="22"/>
          <w:spacing w:val="30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separacji</w:t>
      </w:r>
      <w:r>
        <w:rPr>
          <w:rFonts w:ascii="Calibri" w:hAnsi="Calibri" w:eastAsia="Calibri" w:cs="Calibri"/>
          <w:b w:val="0"/>
          <w:sz w:val="22"/>
          <w:spacing w:val="27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orzeczonej</w:t>
      </w:r>
      <w:r>
        <w:rPr>
          <w:rFonts w:ascii="Calibri" w:hAnsi="Calibri" w:eastAsia="Calibri" w:cs="Calibri"/>
          <w:b w:val="0"/>
          <w:sz w:val="22"/>
          <w:spacing w:val="30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prawomocnym</w:t>
      </w:r>
      <w:r>
        <w:rPr>
          <w:rFonts w:ascii="Calibri" w:hAnsi="Calibri" w:eastAsia="Calibri" w:cs="Calibri"/>
          <w:b w:val="0"/>
          <w:sz w:val="22"/>
          <w:spacing w:val="30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wyrokiem</w:t>
      </w:r>
      <w:r>
        <w:rPr>
          <w:rFonts w:ascii="Calibri" w:hAnsi="Calibri" w:eastAsia="Calibri" w:cs="Calibri"/>
          <w:b w:val="0"/>
          <w:sz w:val="22"/>
          <w:spacing w:val="30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sądu,</w:t>
      </w:r>
      <w:r>
        <w:rPr>
          <w:rFonts w:ascii="Calibri" w:hAnsi="Calibri" w:eastAsia="Calibri" w:cs="Calibri"/>
          <w:b w:val="0"/>
          <w:sz w:val="22"/>
          <w:spacing w:val="27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osobę</w:t>
      </w:r>
      <w:r>
        <w:rPr>
          <w:rFonts w:ascii="Calibri" w:hAnsi="Calibri" w:eastAsia="Calibri" w:cs="Calibri"/>
          <w:b w:val="0"/>
          <w:sz w:val="22"/>
        </w:rPr>
        <w:br/>
      </w:r>
      <w:r>
        <w:rPr>
          <w:rFonts w:ascii="Calibri" w:hAnsi="Calibri" w:eastAsia="Calibri" w:cs="Calibri"/>
          <w:b w:val="0"/>
          <w:sz w:val="22"/>
        </w:rPr>
        <w:t>rozwiedzioną,</w:t>
      </w:r>
      <w:r>
        <w:rPr>
          <w:rFonts w:ascii="Calibri" w:hAnsi="Calibri" w:eastAsia="Calibri" w:cs="Calibri"/>
          <w:b w:val="0"/>
          <w:sz w:val="22"/>
          <w:spacing w:val="0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chyba</w:t>
      </w:r>
      <w:r>
        <w:rPr>
          <w:rFonts w:ascii="Calibri" w:hAnsi="Calibri" w:eastAsia="Calibri" w:cs="Calibri"/>
          <w:b w:val="0"/>
          <w:sz w:val="21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że</w:t>
      </w:r>
      <w:r>
        <w:rPr>
          <w:rFonts w:ascii="Calibri" w:hAnsi="Calibri" w:eastAsia="Calibri" w:cs="Calibri"/>
          <w:b w:val="0"/>
          <w:sz w:val="21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osoba</w:t>
      </w:r>
      <w:r>
        <w:rPr>
          <w:rFonts w:ascii="Calibri" w:hAnsi="Calibri" w:eastAsia="Calibri" w:cs="Calibri"/>
          <w:b w:val="0"/>
          <w:sz w:val="22"/>
          <w:spacing w:val="0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taka</w:t>
      </w:r>
      <w:r>
        <w:rPr>
          <w:rFonts w:ascii="Calibri" w:hAnsi="Calibri" w:eastAsia="Calibri" w:cs="Calibri"/>
          <w:b w:val="0"/>
          <w:sz w:val="21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wychowuje</w:t>
      </w:r>
      <w:r>
        <w:rPr>
          <w:rFonts w:ascii="Calibri" w:hAnsi="Calibri" w:eastAsia="Calibri" w:cs="Calibri"/>
          <w:b w:val="0"/>
          <w:sz w:val="22"/>
          <w:spacing w:val="1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wspólnie</w:t>
      </w:r>
      <w:r>
        <w:rPr>
          <w:rFonts w:ascii="Calibri" w:hAnsi="Calibri" w:eastAsia="Calibri" w:cs="Calibri"/>
          <w:b w:val="0"/>
          <w:sz w:val="22"/>
          <w:spacing w:val="0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co</w:t>
      </w:r>
      <w:r>
        <w:rPr>
          <w:rFonts w:ascii="Calibri" w:hAnsi="Calibri" w:eastAsia="Calibri" w:cs="Calibri"/>
          <w:b w:val="0"/>
          <w:sz w:val="22"/>
          <w:spacing w:val="1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najmniej</w:t>
      </w:r>
      <w:r>
        <w:rPr>
          <w:rFonts w:ascii="Calibri" w:hAnsi="Calibri" w:eastAsia="Calibri" w:cs="Calibri"/>
          <w:b w:val="0"/>
          <w:sz w:val="22"/>
          <w:spacing w:val="0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jedno</w:t>
      </w:r>
      <w:r>
        <w:rPr>
          <w:rFonts w:ascii="Calibri" w:hAnsi="Calibri" w:eastAsia="Calibri" w:cs="Calibri"/>
          <w:b w:val="0"/>
          <w:sz w:val="22"/>
          <w:spacing w:val="1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dziecko</w:t>
      </w:r>
      <w:r>
        <w:rPr>
          <w:rFonts w:ascii="Calibri" w:hAnsi="Calibri" w:eastAsia="Calibri" w:cs="Calibri"/>
          <w:b w:val="0"/>
          <w:sz w:val="22"/>
          <w:spacing w:val="1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z</w:t>
      </w:r>
      <w:r>
        <w:rPr>
          <w:rFonts w:ascii="Calibri" w:hAnsi="Calibri" w:eastAsia="Calibri" w:cs="Calibri"/>
          <w:b w:val="0"/>
          <w:sz w:val="22"/>
          <w:spacing w:val="0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jego</w:t>
      </w:r>
      <w:r>
        <w:rPr>
          <w:rFonts w:ascii="Calibri" w:hAnsi="Calibri" w:eastAsia="Calibri" w:cs="Calibri"/>
          <w:b w:val="0"/>
          <w:sz w:val="22"/>
          <w:spacing w:val="1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rodzicem.</w:t>
      </w:r>
    </w:p>
    <w:p>
      <w:pPr>
        <w:keepNext w:val="0"/>
        <w:keepLines w:val="0"/>
        <w:widowControl w:val="0"/>
        <w:spacing w:before="0" w:after="266" w:lineRule="exact" w:line="269"/>
        <w:ind w:left="0" w:right="0" w:firstLine="0"/>
        <w:jc w:val="left"/>
      </w:pPr>
      <w:r>
        <w:rPr>
          <w:rFonts w:ascii="Calibri" w:hAnsi="Calibri" w:eastAsia="Calibri" w:cs="Calibri"/>
          <w:b w:val="0"/>
          <w:sz w:val="22"/>
        </w:rPr>
        <w:t>Przewodniczący</w:t>
      </w:r>
      <w:r>
        <w:rPr>
          <w:rFonts w:ascii="Calibri" w:hAnsi="Calibri" w:eastAsia="Calibri" w:cs="Calibri"/>
          <w:b w:val="0"/>
          <w:sz w:val="22"/>
          <w:spacing w:val="92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komisji</w:t>
      </w:r>
      <w:r>
        <w:rPr>
          <w:rFonts w:ascii="Calibri" w:hAnsi="Calibri" w:eastAsia="Calibri" w:cs="Calibri"/>
          <w:b w:val="0"/>
          <w:sz w:val="22"/>
          <w:spacing w:val="94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rekrutacyjnej</w:t>
      </w:r>
      <w:r>
        <w:rPr>
          <w:rFonts w:ascii="Calibri" w:hAnsi="Calibri" w:eastAsia="Calibri" w:cs="Calibri"/>
          <w:b w:val="0"/>
          <w:sz w:val="22"/>
          <w:spacing w:val="92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może</w:t>
      </w:r>
      <w:r>
        <w:rPr>
          <w:rFonts w:ascii="Calibri" w:hAnsi="Calibri" w:eastAsia="Calibri" w:cs="Calibri"/>
          <w:b w:val="0"/>
          <w:sz w:val="22"/>
          <w:spacing w:val="95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żądać</w:t>
      </w:r>
      <w:r>
        <w:rPr>
          <w:rFonts w:ascii="Calibri" w:hAnsi="Calibri" w:eastAsia="Calibri" w:cs="Calibri"/>
          <w:b w:val="0"/>
          <w:sz w:val="22"/>
          <w:spacing w:val="95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dokumentów</w:t>
      </w:r>
      <w:r>
        <w:rPr>
          <w:rFonts w:ascii="Calibri" w:hAnsi="Calibri" w:eastAsia="Calibri" w:cs="Calibri"/>
          <w:b w:val="0"/>
          <w:sz w:val="22"/>
          <w:spacing w:val="95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potwierdzających</w:t>
      </w:r>
      <w:r>
        <w:rPr>
          <w:rFonts w:ascii="Calibri" w:hAnsi="Calibri" w:eastAsia="Calibri" w:cs="Calibri"/>
          <w:b w:val="0"/>
          <w:sz w:val="22"/>
          <w:spacing w:val="93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okoliczności</w:t>
      </w:r>
      <w:r>
        <w:rPr>
          <w:rFonts w:ascii="Calibri" w:hAnsi="Calibri" w:eastAsia="Calibri" w:cs="Calibri"/>
          <w:b w:val="0"/>
          <w:sz w:val="22"/>
        </w:rPr>
        <w:br/>
      </w:r>
      <w:r>
        <w:rPr>
          <w:rFonts w:ascii="Calibri" w:hAnsi="Calibri" w:eastAsia="Calibri" w:cs="Calibri"/>
          <w:b w:val="0"/>
          <w:sz w:val="22"/>
        </w:rPr>
        <w:t>zawarte</w:t>
      </w:r>
      <w:r>
        <w:rPr>
          <w:rFonts w:ascii="Calibri" w:hAnsi="Calibri" w:eastAsia="Calibri" w:cs="Calibri"/>
          <w:b w:val="0"/>
          <w:sz w:val="21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w</w:t>
      </w:r>
      <w:r>
        <w:rPr>
          <w:rFonts w:ascii="Calibri" w:hAnsi="Calibri" w:eastAsia="Calibri" w:cs="Calibri"/>
          <w:b w:val="0"/>
          <w:sz w:val="21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oświadczeniu,</w:t>
      </w:r>
      <w:r>
        <w:rPr>
          <w:rFonts w:ascii="Calibri" w:hAnsi="Calibri" w:eastAsia="Calibri" w:cs="Calibri"/>
          <w:b w:val="0"/>
          <w:sz w:val="22"/>
          <w:spacing w:val="0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w</w:t>
      </w:r>
      <w:r>
        <w:rPr>
          <w:rFonts w:ascii="Calibri" w:hAnsi="Calibri" w:eastAsia="Calibri" w:cs="Calibri"/>
          <w:b w:val="0"/>
          <w:sz w:val="21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terminie</w:t>
      </w:r>
      <w:r>
        <w:rPr>
          <w:rFonts w:ascii="Calibri" w:hAnsi="Calibri" w:eastAsia="Calibri" w:cs="Calibri"/>
          <w:b w:val="0"/>
          <w:sz w:val="21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wyznaczonym</w:t>
      </w:r>
      <w:r>
        <w:rPr>
          <w:rFonts w:ascii="Calibri" w:hAnsi="Calibri" w:eastAsia="Calibri" w:cs="Calibri"/>
          <w:b w:val="0"/>
          <w:sz w:val="22"/>
          <w:spacing w:val="1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przez</w:t>
      </w:r>
      <w:r>
        <w:rPr>
          <w:rFonts w:ascii="Calibri" w:hAnsi="Calibri" w:eastAsia="Calibri" w:cs="Calibri"/>
          <w:b w:val="0"/>
          <w:sz w:val="22"/>
          <w:spacing w:val="0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przewodniczącego.</w:t>
      </w:r>
    </w:p>
    <w:p>
      <w:pPr>
        <w:keepNext w:val="0"/>
        <w:keepLines w:val="0"/>
        <w:widowControl w:val="0"/>
        <w:spacing w:before="0" w:after="266" w:lineRule="exact" w:line="269"/>
        <w:ind w:left="0" w:right="0" w:firstLine="0"/>
        <w:jc w:val="left"/>
      </w:pPr>
      <w:r>
        <w:rPr>
          <w:rFonts w:ascii="Calibri" w:hAnsi="Calibri" w:eastAsia="Calibri" w:cs="Calibri"/>
          <w:b w:val="0"/>
          <w:sz w:val="22"/>
        </w:rPr>
        <w:t>Oświadczenie</w:t>
      </w:r>
      <w:r>
        <w:rPr>
          <w:rFonts w:ascii="Calibri" w:hAnsi="Calibri" w:eastAsia="Calibri" w:cs="Calibri"/>
          <w:b w:val="0"/>
          <w:sz w:val="22"/>
          <w:spacing w:val="13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o</w:t>
      </w:r>
      <w:r>
        <w:rPr>
          <w:rFonts w:ascii="Calibri" w:hAnsi="Calibri" w:eastAsia="Calibri" w:cs="Calibri"/>
          <w:b w:val="0"/>
          <w:sz w:val="22"/>
          <w:spacing w:val="18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samotnym</w:t>
      </w:r>
      <w:r>
        <w:rPr>
          <w:rFonts w:ascii="Calibri" w:hAnsi="Calibri" w:eastAsia="Calibri" w:cs="Calibri"/>
          <w:b w:val="0"/>
          <w:sz w:val="22"/>
          <w:spacing w:val="16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wychowywaniu</w:t>
      </w:r>
      <w:r>
        <w:rPr>
          <w:rFonts w:ascii="Calibri" w:hAnsi="Calibri" w:eastAsia="Calibri" w:cs="Calibri"/>
          <w:b w:val="0"/>
          <w:sz w:val="22"/>
          <w:spacing w:val="17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dziecka</w:t>
      </w:r>
      <w:r>
        <w:rPr>
          <w:rFonts w:ascii="Calibri" w:hAnsi="Calibri" w:eastAsia="Calibri" w:cs="Calibri"/>
          <w:b w:val="0"/>
          <w:sz w:val="22"/>
          <w:spacing w:val="13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może</w:t>
      </w:r>
      <w:r>
        <w:rPr>
          <w:rFonts w:ascii="Calibri" w:hAnsi="Calibri" w:eastAsia="Calibri" w:cs="Calibri"/>
          <w:b w:val="0"/>
          <w:sz w:val="22"/>
          <w:spacing w:val="18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być</w:t>
      </w:r>
      <w:r>
        <w:rPr>
          <w:rFonts w:ascii="Calibri" w:hAnsi="Calibri" w:eastAsia="Calibri" w:cs="Calibri"/>
          <w:b w:val="0"/>
          <w:sz w:val="22"/>
          <w:spacing w:val="22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zweryfikowane</w:t>
      </w:r>
      <w:r>
        <w:rPr>
          <w:rFonts w:ascii="Calibri" w:hAnsi="Calibri" w:eastAsia="Calibri" w:cs="Calibri"/>
          <w:b w:val="0"/>
          <w:sz w:val="22"/>
          <w:spacing w:val="15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w</w:t>
      </w:r>
      <w:r>
        <w:rPr>
          <w:rFonts w:ascii="Calibri" w:hAnsi="Calibri" w:eastAsia="Calibri" w:cs="Calibri"/>
          <w:b w:val="0"/>
          <w:sz w:val="22"/>
          <w:spacing w:val="13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drodze</w:t>
      </w:r>
      <w:r>
        <w:rPr>
          <w:rFonts w:ascii="Calibri" w:hAnsi="Calibri" w:eastAsia="Calibri" w:cs="Calibri"/>
          <w:b w:val="0"/>
          <w:sz w:val="22"/>
          <w:spacing w:val="18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wywiadu,</w:t>
      </w:r>
      <w:r>
        <w:rPr>
          <w:rFonts w:ascii="Calibri" w:hAnsi="Calibri" w:eastAsia="Calibri" w:cs="Calibri"/>
          <w:b w:val="0"/>
          <w:sz w:val="22"/>
          <w:spacing w:val="17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do</w:t>
      </w:r>
      <w:r>
        <w:rPr>
          <w:rFonts w:ascii="Calibri" w:hAnsi="Calibri" w:eastAsia="Calibri" w:cs="Calibri"/>
          <w:b w:val="0"/>
          <w:sz w:val="22"/>
        </w:rPr>
        <w:br/>
      </w:r>
      <w:r>
        <w:rPr>
          <w:rFonts w:ascii="Calibri" w:hAnsi="Calibri" w:eastAsia="Calibri" w:cs="Calibri"/>
          <w:b w:val="0"/>
          <w:sz w:val="22"/>
        </w:rPr>
        <w:t>którego</w:t>
      </w:r>
      <w:r>
        <w:rPr>
          <w:rFonts w:ascii="Calibri" w:hAnsi="Calibri" w:eastAsia="Calibri" w:cs="Calibri"/>
          <w:b w:val="0"/>
          <w:sz w:val="22"/>
          <w:spacing w:val="6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stosuje</w:t>
      </w:r>
      <w:r>
        <w:rPr>
          <w:rFonts w:ascii="Calibri" w:hAnsi="Calibri" w:eastAsia="Calibri" w:cs="Calibri"/>
          <w:b w:val="0"/>
          <w:sz w:val="22"/>
          <w:spacing w:val="6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się</w:t>
      </w:r>
      <w:r>
        <w:rPr>
          <w:rFonts w:ascii="Calibri" w:hAnsi="Calibri" w:eastAsia="Calibri" w:cs="Calibri"/>
          <w:b w:val="0"/>
          <w:sz w:val="22"/>
          <w:spacing w:val="3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odpowiednio</w:t>
      </w:r>
      <w:r>
        <w:rPr>
          <w:rFonts w:ascii="Calibri" w:hAnsi="Calibri" w:eastAsia="Calibri" w:cs="Calibri"/>
          <w:b w:val="0"/>
          <w:sz w:val="22"/>
          <w:spacing w:val="6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przepisy</w:t>
      </w:r>
      <w:r>
        <w:rPr>
          <w:rFonts w:ascii="Calibri" w:hAnsi="Calibri" w:eastAsia="Calibri" w:cs="Calibri"/>
          <w:b w:val="0"/>
          <w:sz w:val="22"/>
          <w:spacing w:val="6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dotyczące</w:t>
      </w:r>
      <w:r>
        <w:rPr>
          <w:rFonts w:ascii="Calibri" w:hAnsi="Calibri" w:eastAsia="Calibri" w:cs="Calibri"/>
          <w:b w:val="0"/>
          <w:sz w:val="22"/>
          <w:spacing w:val="6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rodzinnego</w:t>
      </w:r>
      <w:r>
        <w:rPr>
          <w:rFonts w:ascii="Calibri" w:hAnsi="Calibri" w:eastAsia="Calibri" w:cs="Calibri"/>
          <w:b w:val="0"/>
          <w:sz w:val="22"/>
          <w:spacing w:val="6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wywiadu</w:t>
      </w:r>
      <w:r>
        <w:rPr>
          <w:rFonts w:ascii="Calibri" w:hAnsi="Calibri" w:eastAsia="Calibri" w:cs="Calibri"/>
          <w:b w:val="0"/>
          <w:sz w:val="22"/>
          <w:spacing w:val="5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środowiskowego,</w:t>
      </w:r>
      <w:r>
        <w:rPr>
          <w:rFonts w:ascii="Calibri" w:hAnsi="Calibri" w:eastAsia="Calibri" w:cs="Calibri"/>
          <w:b w:val="0"/>
          <w:sz w:val="22"/>
          <w:spacing w:val="3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o</w:t>
      </w:r>
      <w:r>
        <w:rPr>
          <w:rFonts w:ascii="Calibri" w:hAnsi="Calibri" w:eastAsia="Calibri" w:cs="Calibri"/>
          <w:b w:val="0"/>
          <w:sz w:val="22"/>
          <w:spacing w:val="7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którym</w:t>
      </w:r>
      <w:r>
        <w:rPr>
          <w:rFonts w:ascii="Calibri" w:hAnsi="Calibri" w:eastAsia="Calibri" w:cs="Calibri"/>
          <w:b w:val="0"/>
          <w:sz w:val="22"/>
        </w:rPr>
        <w:br/>
      </w:r>
      <w:r>
        <w:rPr>
          <w:rFonts w:ascii="Calibri" w:hAnsi="Calibri" w:eastAsia="Calibri" w:cs="Calibri"/>
          <w:b w:val="0"/>
          <w:sz w:val="22"/>
        </w:rPr>
        <w:t>mowa</w:t>
      </w:r>
      <w:r>
        <w:rPr>
          <w:rFonts w:ascii="Calibri" w:hAnsi="Calibri" w:eastAsia="Calibri" w:cs="Calibri"/>
          <w:b w:val="0"/>
          <w:sz w:val="21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w</w:t>
      </w:r>
      <w:r>
        <w:rPr>
          <w:rFonts w:ascii="Calibri" w:hAnsi="Calibri" w:eastAsia="Calibri" w:cs="Calibri"/>
          <w:b w:val="0"/>
          <w:sz w:val="22"/>
          <w:spacing w:val="1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ustawie</w:t>
      </w:r>
      <w:r>
        <w:rPr>
          <w:rFonts w:ascii="Calibri" w:hAnsi="Calibri" w:eastAsia="Calibri" w:cs="Calibri"/>
          <w:b w:val="0"/>
          <w:sz w:val="22"/>
          <w:spacing w:val="1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z</w:t>
      </w:r>
      <w:r>
        <w:rPr>
          <w:rFonts w:ascii="Calibri" w:hAnsi="Calibri" w:eastAsia="Calibri" w:cs="Calibri"/>
          <w:b w:val="0"/>
          <w:sz w:val="20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dnia</w:t>
      </w:r>
      <w:r>
        <w:rPr>
          <w:rFonts w:ascii="Calibri" w:hAnsi="Calibri" w:eastAsia="Calibri" w:cs="Calibri"/>
          <w:b w:val="0"/>
          <w:sz w:val="22"/>
          <w:spacing w:val="0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11</w:t>
      </w:r>
      <w:r>
        <w:rPr>
          <w:rFonts w:ascii="Calibri" w:hAnsi="Calibri" w:eastAsia="Calibri" w:cs="Calibri"/>
          <w:b w:val="0"/>
          <w:sz w:val="22"/>
          <w:spacing w:val="1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lutego</w:t>
      </w:r>
      <w:r>
        <w:rPr>
          <w:rFonts w:ascii="Calibri" w:hAnsi="Calibri" w:eastAsia="Calibri" w:cs="Calibri"/>
          <w:b w:val="0"/>
          <w:sz w:val="21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2016</w:t>
      </w:r>
      <w:r>
        <w:rPr>
          <w:rFonts w:ascii="Calibri" w:hAnsi="Calibri" w:eastAsia="Calibri" w:cs="Calibri"/>
          <w:b w:val="0"/>
          <w:sz w:val="21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r.</w:t>
      </w:r>
      <w:r>
        <w:rPr>
          <w:rFonts w:ascii="Calibri" w:hAnsi="Calibri" w:eastAsia="Calibri" w:cs="Calibri"/>
          <w:b w:val="0"/>
          <w:sz w:val="21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o</w:t>
      </w:r>
      <w:r>
        <w:rPr>
          <w:rFonts w:ascii="Calibri" w:hAnsi="Calibri" w:eastAsia="Calibri" w:cs="Calibri"/>
          <w:b w:val="0"/>
          <w:sz w:val="22"/>
          <w:spacing w:val="1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pomocy</w:t>
      </w:r>
      <w:r>
        <w:rPr>
          <w:rFonts w:ascii="Calibri" w:hAnsi="Calibri" w:eastAsia="Calibri" w:cs="Calibri"/>
          <w:b w:val="0"/>
          <w:sz w:val="21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państwa</w:t>
      </w:r>
      <w:r>
        <w:rPr>
          <w:rFonts w:ascii="Calibri" w:hAnsi="Calibri" w:eastAsia="Calibri" w:cs="Calibri"/>
          <w:b w:val="0"/>
          <w:sz w:val="21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w</w:t>
      </w:r>
      <w:r>
        <w:rPr>
          <w:rFonts w:ascii="Calibri" w:hAnsi="Calibri" w:eastAsia="Calibri" w:cs="Calibri"/>
          <w:b w:val="0"/>
          <w:sz w:val="22"/>
          <w:spacing w:val="4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wychowywaniu</w:t>
      </w:r>
      <w:r>
        <w:rPr>
          <w:rFonts w:ascii="Calibri" w:hAnsi="Calibri" w:eastAsia="Calibri" w:cs="Calibri"/>
          <w:b w:val="0"/>
          <w:sz w:val="21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dzieci.</w:t>
      </w:r>
    </w:p>
    <w:p>
      <w:pPr>
        <w:keepNext w:val="0"/>
        <w:keepLines w:val="0"/>
        <w:widowControl w:val="0"/>
        <w:spacing w:before="0" w:after="0" w:lineRule="exact" w:line="269"/>
        <w:ind w:left="0" w:right="0" w:firstLine="0"/>
        <w:jc w:val="left"/>
      </w:pPr>
      <w:r>
        <w:rPr>
          <w:rFonts w:ascii="Calibri" w:hAnsi="Calibri" w:eastAsia="Calibri" w:cs="Calibri"/>
          <w:b w:val="0"/>
          <w:sz w:val="22"/>
        </w:rPr>
        <w:t>Oświadczenie</w:t>
      </w:r>
      <w:r>
        <w:rPr>
          <w:rFonts w:ascii="Calibri" w:hAnsi="Calibri" w:eastAsia="Calibri" w:cs="Calibri"/>
          <w:b w:val="0"/>
          <w:sz w:val="22"/>
          <w:spacing w:val="66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o</w:t>
      </w:r>
      <w:r>
        <w:rPr>
          <w:rFonts w:ascii="Calibri" w:hAnsi="Calibri" w:eastAsia="Calibri" w:cs="Calibri"/>
          <w:b w:val="0"/>
          <w:sz w:val="22"/>
          <w:spacing w:val="67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samotnym</w:t>
      </w:r>
      <w:r>
        <w:rPr>
          <w:rFonts w:ascii="Calibri" w:hAnsi="Calibri" w:eastAsia="Calibri" w:cs="Calibri"/>
          <w:b w:val="0"/>
          <w:sz w:val="22"/>
          <w:spacing w:val="66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wychowywaniu</w:t>
      </w:r>
      <w:r>
        <w:rPr>
          <w:rFonts w:ascii="Calibri" w:hAnsi="Calibri" w:eastAsia="Calibri" w:cs="Calibri"/>
          <w:b w:val="0"/>
          <w:sz w:val="22"/>
          <w:spacing w:val="67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dziecka</w:t>
      </w:r>
      <w:r>
        <w:rPr>
          <w:rFonts w:ascii="Calibri" w:hAnsi="Calibri" w:eastAsia="Calibri" w:cs="Calibri"/>
          <w:b w:val="0"/>
          <w:sz w:val="22"/>
          <w:spacing w:val="66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może</w:t>
      </w:r>
      <w:r>
        <w:rPr>
          <w:rFonts w:ascii="Calibri" w:hAnsi="Calibri" w:eastAsia="Calibri" w:cs="Calibri"/>
          <w:b w:val="0"/>
          <w:sz w:val="22"/>
          <w:spacing w:val="68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być</w:t>
      </w:r>
      <w:r>
        <w:rPr>
          <w:rFonts w:ascii="Calibri" w:hAnsi="Calibri" w:eastAsia="Calibri" w:cs="Calibri"/>
          <w:b w:val="0"/>
          <w:sz w:val="22"/>
          <w:spacing w:val="68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również</w:t>
      </w:r>
      <w:r>
        <w:rPr>
          <w:rFonts w:ascii="Calibri" w:hAnsi="Calibri" w:eastAsia="Calibri" w:cs="Calibri"/>
          <w:b w:val="0"/>
          <w:sz w:val="22"/>
          <w:spacing w:val="71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zweryfikowane</w:t>
      </w:r>
      <w:r>
        <w:rPr>
          <w:rFonts w:ascii="Calibri" w:hAnsi="Calibri" w:eastAsia="Calibri" w:cs="Calibri"/>
          <w:b w:val="0"/>
          <w:sz w:val="22"/>
          <w:spacing w:val="66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w</w:t>
      </w:r>
      <w:r>
        <w:rPr>
          <w:rFonts w:ascii="Calibri" w:hAnsi="Calibri" w:eastAsia="Calibri" w:cs="Calibri"/>
          <w:b w:val="0"/>
          <w:sz w:val="22"/>
          <w:spacing w:val="3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drodze</w:t>
      </w:r>
      <w:r>
        <w:rPr>
          <w:rFonts w:ascii="Calibri" w:hAnsi="Calibri" w:eastAsia="Calibri" w:cs="Calibri"/>
          <w:b w:val="0"/>
          <w:sz w:val="22"/>
        </w:rPr>
        <w:br/>
      </w:r>
      <w:r>
        <w:rPr>
          <w:rFonts w:ascii="Calibri" w:hAnsi="Calibri" w:eastAsia="Calibri" w:cs="Calibri"/>
          <w:b w:val="0"/>
          <w:sz w:val="22"/>
        </w:rPr>
        <w:t>udzielenia</w:t>
      </w:r>
      <w:r>
        <w:rPr>
          <w:rFonts w:ascii="Calibri" w:hAnsi="Calibri" w:eastAsia="Calibri" w:cs="Calibri"/>
          <w:b w:val="0"/>
          <w:sz w:val="22"/>
          <w:spacing w:val="0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wyjaśnień</w:t>
      </w:r>
      <w:r>
        <w:rPr>
          <w:rFonts w:ascii="Calibri" w:hAnsi="Calibri" w:eastAsia="Calibri" w:cs="Calibri"/>
          <w:b w:val="0"/>
          <w:sz w:val="21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oraz</w:t>
      </w:r>
      <w:r>
        <w:rPr>
          <w:rFonts w:ascii="Calibri" w:hAnsi="Calibri" w:eastAsia="Calibri" w:cs="Calibri"/>
          <w:b w:val="0"/>
          <w:sz w:val="21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informacji</w:t>
      </w:r>
      <w:r>
        <w:rPr>
          <w:rFonts w:ascii="Calibri" w:hAnsi="Calibri" w:eastAsia="Calibri" w:cs="Calibri"/>
          <w:b w:val="0"/>
          <w:sz w:val="22"/>
          <w:spacing w:val="2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przez</w:t>
      </w:r>
      <w:r>
        <w:rPr>
          <w:rFonts w:ascii="Calibri" w:hAnsi="Calibri" w:eastAsia="Calibri" w:cs="Calibri"/>
          <w:b w:val="0"/>
          <w:sz w:val="22"/>
          <w:spacing w:val="0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instytucje</w:t>
      </w:r>
      <w:r>
        <w:rPr>
          <w:rFonts w:ascii="Calibri" w:hAnsi="Calibri" w:eastAsia="Calibri" w:cs="Calibri"/>
          <w:b w:val="0"/>
          <w:sz w:val="21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publiczne</w:t>
      </w:r>
      <w:r>
        <w:rPr>
          <w:rFonts w:ascii="Calibri" w:hAnsi="Calibri" w:eastAsia="Calibri" w:cs="Calibri"/>
          <w:b w:val="0"/>
          <w:sz w:val="22"/>
          <w:spacing w:val="1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i</w:t>
      </w:r>
      <w:r>
        <w:rPr>
          <w:rFonts w:ascii="Calibri" w:hAnsi="Calibri" w:eastAsia="Calibri" w:cs="Calibri"/>
          <w:b w:val="0"/>
          <w:sz w:val="22"/>
          <w:spacing w:val="0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organizacje</w:t>
      </w:r>
      <w:r>
        <w:rPr>
          <w:rFonts w:ascii="Calibri" w:hAnsi="Calibri" w:eastAsia="Calibri" w:cs="Calibri"/>
          <w:b w:val="0"/>
          <w:sz w:val="22"/>
          <w:spacing w:val="1"/>
        </w:rPr>
        <w:t xml:space="preserve"> </w:t>
      </w:r>
      <w:r>
        <w:rPr>
          <w:rFonts w:ascii="Calibri" w:hAnsi="Calibri" w:eastAsia="Calibri" w:cs="Calibri"/>
          <w:b w:val="0"/>
          <w:sz w:val="22"/>
        </w:rPr>
        <w:t>pozarządowe.</w:t>
      </w:r>
    </w:p>
    <w:p>
      <w:pPr>
        <w:keepNext w:val="0"/>
        <w:keepLines w:val="0"/>
        <w:widowControl w:val="0"/>
        <w:spacing w:before="1860" w:after="0" w:lineRule="exact" w:line="245"/>
        <w:ind w:left="0" w:right="0" w:firstLine="0"/>
        <w:jc w:val="left"/>
      </w:pPr>
      <w:r>
        <w:rPr>
          <w:rFonts w:ascii="Calibri" w:hAnsi="Calibri" w:eastAsia="Calibri" w:cs="Calibri"/>
          <w:b w:val="0"/>
          <w:sz w:val="20"/>
        </w:rPr>
        <w:t>*</w:t>
      </w:r>
      <w:r>
        <w:rPr>
          <w:rFonts w:ascii="Calibri" w:hAnsi="Calibri" w:eastAsia="Calibri" w:cs="Calibri"/>
          <w:b w:val="0"/>
          <w:sz w:val="19"/>
        </w:rPr>
        <w:t xml:space="preserve"> </w:t>
      </w:r>
      <w:r>
        <w:rPr>
          <w:rFonts w:ascii="Calibri" w:hAnsi="Calibri" w:eastAsia="Calibri" w:cs="Calibri"/>
          <w:b w:val="0"/>
          <w:sz w:val="20"/>
        </w:rPr>
        <w:t>Przez</w:t>
      </w:r>
      <w:r>
        <w:rPr>
          <w:rFonts w:ascii="Calibri" w:hAnsi="Calibri" w:eastAsia="Calibri" w:cs="Calibri"/>
          <w:b w:val="0"/>
          <w:sz w:val="20"/>
          <w:spacing w:val="0"/>
        </w:rPr>
        <w:t xml:space="preserve"> </w:t>
      </w:r>
      <w:r>
        <w:rPr>
          <w:rFonts w:ascii="Calibri" w:hAnsi="Calibri" w:eastAsia="Calibri" w:cs="Calibri"/>
          <w:b w:val="0"/>
          <w:sz w:val="20"/>
        </w:rPr>
        <w:t>rodzica</w:t>
      </w:r>
      <w:r>
        <w:rPr>
          <w:rFonts w:ascii="Calibri" w:hAnsi="Calibri" w:eastAsia="Calibri" w:cs="Calibri"/>
          <w:b w:val="0"/>
          <w:sz w:val="20"/>
          <w:spacing w:val="0"/>
        </w:rPr>
        <w:t xml:space="preserve"> </w:t>
      </w:r>
      <w:r>
        <w:rPr>
          <w:rFonts w:ascii="Calibri" w:hAnsi="Calibri" w:eastAsia="Calibri" w:cs="Calibri"/>
          <w:b w:val="0"/>
          <w:sz w:val="20"/>
        </w:rPr>
        <w:t>należy</w:t>
      </w:r>
      <w:r>
        <w:rPr>
          <w:rFonts w:ascii="Calibri" w:hAnsi="Calibri" w:eastAsia="Calibri" w:cs="Calibri"/>
          <w:b w:val="0"/>
          <w:sz w:val="20"/>
          <w:spacing w:val="1"/>
        </w:rPr>
        <w:t xml:space="preserve"> </w:t>
      </w:r>
      <w:r>
        <w:rPr>
          <w:rFonts w:ascii="Calibri" w:hAnsi="Calibri" w:eastAsia="Calibri" w:cs="Calibri"/>
          <w:b w:val="0"/>
          <w:sz w:val="20"/>
        </w:rPr>
        <w:t>rozumieć</w:t>
      </w:r>
      <w:r>
        <w:rPr>
          <w:rFonts w:ascii="Calibri" w:hAnsi="Calibri" w:eastAsia="Calibri" w:cs="Calibri"/>
          <w:b w:val="0"/>
          <w:sz w:val="19"/>
        </w:rPr>
        <w:t xml:space="preserve"> </w:t>
      </w:r>
      <w:r>
        <w:rPr>
          <w:rFonts w:ascii="Calibri" w:hAnsi="Calibri" w:eastAsia="Calibri" w:cs="Calibri"/>
          <w:b w:val="0"/>
          <w:sz w:val="20"/>
        </w:rPr>
        <w:t>także</w:t>
      </w:r>
      <w:r>
        <w:rPr>
          <w:rFonts w:ascii="Calibri" w:hAnsi="Calibri" w:eastAsia="Calibri" w:cs="Calibri"/>
          <w:b w:val="0"/>
          <w:sz w:val="19"/>
        </w:rPr>
        <w:t xml:space="preserve"> </w:t>
      </w:r>
      <w:r>
        <w:rPr>
          <w:rFonts w:ascii="Calibri" w:hAnsi="Calibri" w:eastAsia="Calibri" w:cs="Calibri"/>
          <w:b w:val="0"/>
          <w:sz w:val="20"/>
        </w:rPr>
        <w:t>prawnych</w:t>
      </w:r>
      <w:r>
        <w:rPr>
          <w:rFonts w:ascii="Calibri" w:hAnsi="Calibri" w:eastAsia="Calibri" w:cs="Calibri"/>
          <w:b w:val="0"/>
          <w:sz w:val="20"/>
          <w:spacing w:val="0"/>
        </w:rPr>
        <w:t xml:space="preserve"> </w:t>
      </w:r>
      <w:r>
        <w:rPr>
          <w:rFonts w:ascii="Calibri" w:hAnsi="Calibri" w:eastAsia="Calibri" w:cs="Calibri"/>
          <w:b w:val="0"/>
          <w:sz w:val="20"/>
        </w:rPr>
        <w:t>opiekunów</w:t>
      </w:r>
      <w:r>
        <w:rPr>
          <w:rFonts w:ascii="Calibri" w:hAnsi="Calibri" w:eastAsia="Calibri" w:cs="Calibri"/>
          <w:b w:val="0"/>
          <w:sz w:val="19"/>
        </w:rPr>
        <w:t xml:space="preserve"> </w:t>
      </w:r>
      <w:r>
        <w:rPr>
          <w:rFonts w:ascii="Calibri" w:hAnsi="Calibri" w:eastAsia="Calibri" w:cs="Calibri"/>
          <w:b w:val="0"/>
          <w:sz w:val="20"/>
        </w:rPr>
        <w:t>dziecka</w:t>
      </w:r>
      <w:r>
        <w:rPr>
          <w:rFonts w:ascii="Calibri" w:hAnsi="Calibri" w:eastAsia="Calibri" w:cs="Calibri"/>
          <w:b w:val="0"/>
          <w:sz w:val="20"/>
          <w:spacing w:val="1"/>
        </w:rPr>
        <w:t xml:space="preserve"> </w:t>
      </w:r>
      <w:r>
        <w:rPr>
          <w:rFonts w:ascii="Calibri" w:hAnsi="Calibri" w:eastAsia="Calibri" w:cs="Calibri"/>
          <w:b w:val="0"/>
          <w:sz w:val="20"/>
        </w:rPr>
        <w:t>oraz</w:t>
      </w:r>
      <w:r>
        <w:rPr>
          <w:rFonts w:ascii="Calibri" w:hAnsi="Calibri" w:eastAsia="Calibri" w:cs="Calibri"/>
          <w:b w:val="0"/>
          <w:sz w:val="20"/>
          <w:spacing w:val="1"/>
        </w:rPr>
        <w:t xml:space="preserve"> </w:t>
      </w:r>
      <w:r>
        <w:rPr>
          <w:rFonts w:ascii="Calibri" w:hAnsi="Calibri" w:eastAsia="Calibri" w:cs="Calibri"/>
          <w:b w:val="0"/>
          <w:sz w:val="20"/>
        </w:rPr>
        <w:t>osoby</w:t>
      </w:r>
      <w:r>
        <w:rPr>
          <w:rFonts w:ascii="Calibri" w:hAnsi="Calibri" w:eastAsia="Calibri" w:cs="Calibri"/>
          <w:b w:val="0"/>
          <w:sz w:val="20"/>
          <w:spacing w:val="1"/>
        </w:rPr>
        <w:t xml:space="preserve"> </w:t>
      </w:r>
      <w:r>
        <w:rPr>
          <w:rFonts w:ascii="Calibri" w:hAnsi="Calibri" w:eastAsia="Calibri" w:cs="Calibri"/>
          <w:b w:val="0"/>
          <w:sz w:val="20"/>
        </w:rPr>
        <w:t>(podmioty)</w:t>
      </w:r>
      <w:r>
        <w:rPr>
          <w:rFonts w:ascii="Calibri" w:hAnsi="Calibri" w:eastAsia="Calibri" w:cs="Calibri"/>
          <w:b w:val="0"/>
          <w:sz w:val="19"/>
        </w:rPr>
        <w:t xml:space="preserve"> </w:t>
      </w:r>
      <w:r>
        <w:rPr>
          <w:rFonts w:ascii="Calibri" w:hAnsi="Calibri" w:eastAsia="Calibri" w:cs="Calibri"/>
          <w:b w:val="0"/>
          <w:sz w:val="20"/>
        </w:rPr>
        <w:t>sprawujące</w:t>
      </w:r>
      <w:r>
        <w:rPr>
          <w:rFonts w:ascii="Calibri" w:hAnsi="Calibri" w:eastAsia="Calibri" w:cs="Calibri"/>
          <w:b w:val="0"/>
          <w:sz w:val="19"/>
        </w:rPr>
        <w:t xml:space="preserve"> </w:t>
      </w:r>
      <w:r>
        <w:rPr>
          <w:rFonts w:ascii="Calibri" w:hAnsi="Calibri" w:eastAsia="Calibri" w:cs="Calibri"/>
          <w:b w:val="0"/>
          <w:sz w:val="20"/>
        </w:rPr>
        <w:t>pieczę</w:t>
      </w:r>
      <w:r>
        <w:rPr>
          <w:rFonts w:ascii="Calibri" w:hAnsi="Calibri" w:eastAsia="Calibri" w:cs="Calibri"/>
          <w:b w:val="0"/>
          <w:sz w:val="20"/>
        </w:rPr>
        <w:br/>
      </w:r>
      <w:r>
        <w:rPr>
          <w:rFonts w:ascii="Calibri" w:hAnsi="Calibri" w:eastAsia="Calibri" w:cs="Calibri"/>
          <w:b w:val="0"/>
          <w:sz w:val="20"/>
        </w:rPr>
        <w:t>zastępczą</w:t>
      </w:r>
      <w:r>
        <w:rPr>
          <w:rFonts w:ascii="Calibri" w:hAnsi="Calibri" w:eastAsia="Calibri" w:cs="Calibri"/>
          <w:b w:val="0"/>
          <w:sz w:val="20"/>
          <w:spacing w:val="0"/>
        </w:rPr>
        <w:t xml:space="preserve"> </w:t>
      </w:r>
      <w:r>
        <w:rPr>
          <w:rFonts w:ascii="Calibri" w:hAnsi="Calibri" w:eastAsia="Calibri" w:cs="Calibri"/>
          <w:b w:val="0"/>
          <w:sz w:val="20"/>
        </w:rPr>
        <w:t>nad</w:t>
      </w:r>
      <w:r>
        <w:rPr>
          <w:rFonts w:ascii="Calibri" w:hAnsi="Calibri" w:eastAsia="Calibri" w:cs="Calibri"/>
          <w:b w:val="0"/>
          <w:sz w:val="20"/>
          <w:spacing w:val="1"/>
        </w:rPr>
        <w:t xml:space="preserve"> </w:t>
      </w:r>
      <w:r>
        <w:rPr>
          <w:rFonts w:ascii="Calibri" w:hAnsi="Calibri" w:eastAsia="Calibri" w:cs="Calibri"/>
          <w:b w:val="0"/>
          <w:sz w:val="20"/>
        </w:rPr>
        <w:t>dzieckiem.</w:t>
      </w:r>
    </w:p>
    <w:sectPr w:rsidR="00FC693F" w:rsidRPr="0006063C" w:rsidSect="00034616">
      <w:pgSz w:w="11906" w:h="16838"/>
      <w:pgMar w:top="1434" w:right="1412" w:bottom="1416" w:left="1416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doNotExpandShiftReturn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Rule="exact" w:line="269"/>
    </w:pPr>
    <w:rPr>
      <w:rFonts w:ascii="Calibri" w:hAnsi="Calibri" w:eastAsia="Calibri" w:cs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dotyczące samotnego wychowywania kandydata</dc:title>
  <dc:subject>Formularz rekrutacyjny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