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keepLines w:val="0"/>
        <w:spacing w:before="559" w:after="0" w:line="276" w:lineRule="exact"/>
        <w:ind w:left="0" w:right="0" w:firstLine="0"/>
        <w:jc w:val="left"/>
        <w:tabs>
          <w:tab w:pos="9030" w:val="right"/>
        </w:tabs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ab/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…………….………,…………….</w:t>
      </w:r>
    </w:p>
    <w:p>
      <w:pPr>
        <w:keepNext w:val="0"/>
        <w:keepLines w:val="0"/>
        <w:spacing w:before="0" w:after="0" w:line="230" w:lineRule="exact"/>
        <w:ind w:left="0" w:right="0" w:firstLine="0"/>
        <w:jc w:val="righ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0"/>
        </w:rPr>
        <w:t>miejscowość, data</w:t>
      </w:r>
    </w:p>
    <w:p>
      <w:pPr>
        <w:keepNext w:val="0"/>
        <w:keepLines w:val="0"/>
        <w:spacing w:before="0" w:after="276" w:line="228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0"/>
        </w:rPr>
        <w:t>Imię i nazwisko rodzica/opiekuna prawnego</w:t>
        <w:br/>
        <w:t>/Imię i nazwisko kandydata pełnoletniego</w:t>
      </w:r>
    </w:p>
    <w:p>
      <w:pPr>
        <w:keepNext w:val="0"/>
        <w:keepLines w:val="0"/>
        <w:spacing w:before="0" w:after="276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………………………………………………………………….</w:t>
      </w:r>
    </w:p>
    <w:p>
      <w:pPr>
        <w:keepNext w:val="0"/>
        <w:keepLines w:val="0"/>
        <w:spacing w:before="0" w:after="0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………………………………………………………………….</w:t>
      </w:r>
    </w:p>
    <w:p>
      <w:pPr>
        <w:keepNext w:val="0"/>
        <w:keepLines w:val="0"/>
        <w:spacing w:before="0" w:after="1104" w:line="230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0"/>
        </w:rPr>
        <w:t>Adres</w:t>
      </w:r>
    </w:p>
    <w:p>
      <w:pPr>
        <w:keepNext w:val="0"/>
        <w:keepLines w:val="0"/>
        <w:spacing w:before="0" w:after="552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Ja niżej podpisana/y jestem świadoma/y odpowiedzialności karnej za złożenie fałszywego</w:t>
        <w:br/>
        <w:t>oświadczenia i oświadczam, że</w:t>
        <w:br/>
        <w:t>moja córka/syn/kandydat pełnoletni (imię i nazwisko)</w:t>
      </w:r>
    </w:p>
    <w:p>
      <w:pPr>
        <w:keepNext w:val="0"/>
        <w:keepLines w:val="0"/>
        <w:spacing w:before="0" w:after="276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……………………………………………………………………</w:t>
      </w:r>
    </w:p>
    <w:p>
      <w:pPr>
        <w:keepNext w:val="0"/>
        <w:keepLines w:val="0"/>
        <w:spacing w:before="0" w:after="276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stale zamieszkuje poza miastem Łódź, (adres)</w:t>
      </w:r>
    </w:p>
    <w:p>
      <w:pPr>
        <w:keepNext w:val="0"/>
        <w:keepLines w:val="0"/>
        <w:spacing w:before="0" w:after="276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………………………………………………………………………………………………..</w:t>
      </w:r>
    </w:p>
    <w:p>
      <w:pPr>
        <w:keepNext w:val="0"/>
        <w:keepLines w:val="0"/>
        <w:spacing w:before="0" w:after="276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…………………………………………………………………………………………………</w:t>
      </w:r>
    </w:p>
    <w:p>
      <w:pPr>
        <w:keepNext w:val="0"/>
        <w:keepLines w:val="0"/>
        <w:spacing w:before="0" w:after="276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…………………………………………………………………………………………………</w:t>
      </w:r>
    </w:p>
    <w:p>
      <w:pPr>
        <w:keepNext w:val="0"/>
        <w:keepLines w:val="0"/>
        <w:spacing w:before="0" w:after="1104" w:line="276" w:lineRule="exact"/>
        <w:ind w:left="0" w:right="0" w:firstLine="0"/>
        <w:jc w:val="lef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…………………………………………………………………………………………………</w:t>
      </w:r>
    </w:p>
    <w:p>
      <w:pPr>
        <w:keepNext w:val="0"/>
        <w:keepLines w:val="0"/>
        <w:spacing w:before="0" w:after="0" w:line="276" w:lineRule="exact"/>
        <w:ind w:left="0" w:right="0" w:firstLine="0"/>
        <w:jc w:val="righ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………………………………………..</w:t>
      </w:r>
    </w:p>
    <w:p>
      <w:pPr>
        <w:keepNext w:val="0"/>
        <w:keepLines w:val="0"/>
        <w:spacing w:before="0" w:after="0" w:line="230" w:lineRule="exact"/>
        <w:ind w:left="0" w:right="0" w:firstLine="0"/>
        <w:jc w:val="right"/>
        <w:snapToGrid w:val="0"/>
        <w:widowControl w:val="0"/>
      </w:pPr>
      <w:r>
        <w:rPr>
          <w:rFonts w:ascii="Times New Roman" w:hAnsi="Times New Roman" w:eastAsia="Times New Roman" w:cs="Times New Roman"/>
          <w:b w:val="0"/>
          <w:i w:val="0"/>
          <w:sz w:val="20"/>
        </w:rPr>
        <w:t>Podpis rodzica/opiekuna prawnego /</w:t>
        <w:br/>
        <w:t>Podpis kandydata pełnoletniego</w:t>
      </w:r>
    </w:p>
    <w:sectPr w:rsidR="00FC693F" w:rsidRPr="0006063C" w:rsidSect="00034616">
      <w:pgSz w:w="11906" w:h="16838"/>
      <w:pgMar w:top="1440" w:right="1440" w:bottom="1440" w:left="14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exact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miejscu zamieszkania</dc:title>
  <dc:subject>Formularz oświadczenia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