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015B5" w14:textId="77777777" w:rsidR="004B0EF9" w:rsidRDefault="00000000">
      <w:pPr>
        <w:widowControl w:val="0"/>
        <w:tabs>
          <w:tab w:val="left" w:pos="5727"/>
        </w:tabs>
      </w:pPr>
      <w:r>
        <w:rPr>
          <w:lang w:val="pl-PL" w:eastAsia="pl-PL" w:bidi="pl-PL"/>
        </w:rPr>
        <w:t xml:space="preserve">……………………………………………………… </w:t>
      </w:r>
      <w:r>
        <w:rPr>
          <w:lang w:val="pl-PL" w:eastAsia="pl-PL" w:bidi="pl-PL"/>
        </w:rPr>
        <w:tab/>
        <w:t xml:space="preserve">…………….………,……………. </w:t>
      </w:r>
    </w:p>
    <w:p w14:paraId="5D8DA6BB" w14:textId="77777777" w:rsidR="004B0EF9" w:rsidRDefault="00000000">
      <w:pPr>
        <w:widowControl w:val="0"/>
        <w:tabs>
          <w:tab w:val="right" w:pos="9038"/>
        </w:tabs>
        <w:spacing w:after="828" w:line="230" w:lineRule="exact"/>
      </w:pPr>
      <w:r>
        <w:rPr>
          <w:sz w:val="20"/>
          <w:lang w:val="pl-PL" w:eastAsia="pl-PL" w:bidi="pl-PL"/>
        </w:rPr>
        <w:t xml:space="preserve">Imię i nazwisko rodzica/opiekuna prawnego/ </w:t>
      </w:r>
      <w:r>
        <w:br/>
      </w:r>
      <w:r>
        <w:rPr>
          <w:sz w:val="20"/>
          <w:lang w:val="pl-PL" w:eastAsia="pl-PL" w:bidi="pl-PL"/>
        </w:rPr>
        <w:t>pełnoletniego kandydata</w:t>
      </w:r>
      <w:r>
        <w:rPr>
          <w:lang w:val="pl-PL" w:eastAsia="pl-PL" w:bidi="pl-PL"/>
        </w:rPr>
        <w:t xml:space="preserve"> </w:t>
      </w:r>
      <w:r>
        <w:tab/>
      </w:r>
      <w:r>
        <w:rPr>
          <w:sz w:val="20"/>
          <w:lang w:val="pl-PL" w:eastAsia="pl-PL" w:bidi="pl-PL"/>
        </w:rPr>
        <w:t>miejscowość, data</w:t>
      </w:r>
      <w:r>
        <w:rPr>
          <w:lang w:val="pl-PL" w:eastAsia="pl-PL" w:bidi="pl-PL"/>
        </w:rPr>
        <w:t xml:space="preserve"> </w:t>
      </w:r>
    </w:p>
    <w:p w14:paraId="1E4235F1" w14:textId="77777777" w:rsidR="004B0EF9" w:rsidRDefault="00000000">
      <w:pPr>
        <w:widowControl w:val="0"/>
        <w:spacing w:after="300"/>
        <w:ind w:right="67"/>
        <w:jc w:val="center"/>
      </w:pPr>
      <w:r>
        <w:rPr>
          <w:b/>
          <w:lang w:val="pl-PL" w:eastAsia="pl-PL" w:bidi="pl-PL"/>
        </w:rPr>
        <w:t xml:space="preserve">OŚWIADCZENIE </w:t>
      </w:r>
      <w:r>
        <w:br/>
      </w:r>
      <w:r>
        <w:rPr>
          <w:b/>
          <w:lang w:val="pl-PL" w:eastAsia="pl-PL" w:bidi="pl-PL"/>
        </w:rPr>
        <w:t xml:space="preserve">rodzica/opiekuna prawnego kandydata niepełnoletniego lub oświadczenie kandydata </w:t>
      </w:r>
      <w:r>
        <w:br/>
      </w:r>
      <w:r>
        <w:rPr>
          <w:b/>
          <w:lang w:val="pl-PL" w:eastAsia="pl-PL" w:bidi="pl-PL"/>
        </w:rPr>
        <w:t xml:space="preserve">pełnoletniego o ubieganiu się o przyjęcie do placówki zapewniającej opiekę i </w:t>
      </w:r>
      <w:r>
        <w:br/>
      </w:r>
      <w:r>
        <w:rPr>
          <w:b/>
          <w:lang w:val="pl-PL" w:eastAsia="pl-PL" w:bidi="pl-PL"/>
        </w:rPr>
        <w:t xml:space="preserve">wychowanie uczniom w okresie pobierania nauki poza miejscem stałego zamieszkania </w:t>
      </w:r>
      <w:r>
        <w:br/>
      </w:r>
      <w:r>
        <w:rPr>
          <w:b/>
          <w:lang w:val="pl-PL" w:eastAsia="pl-PL" w:bidi="pl-PL"/>
        </w:rPr>
        <w:t xml:space="preserve">przez rodzeństwo kandydata </w:t>
      </w:r>
    </w:p>
    <w:p w14:paraId="6D1C2881" w14:textId="77777777" w:rsidR="004B0EF9" w:rsidRDefault="00000000">
      <w:pPr>
        <w:widowControl w:val="0"/>
        <w:spacing w:after="375"/>
      </w:pPr>
      <w:r>
        <w:rPr>
          <w:lang w:val="pl-PL" w:eastAsia="pl-PL" w:bidi="pl-PL"/>
        </w:rPr>
        <w:t xml:space="preserve">Ja niżej podpisana/y jestem świadoma/y odpowiedzialności karnej za złożenie fałszywego </w:t>
      </w:r>
      <w:r>
        <w:br/>
      </w:r>
      <w:r>
        <w:rPr>
          <w:lang w:val="pl-PL" w:eastAsia="pl-PL" w:bidi="pl-PL"/>
        </w:rPr>
        <w:t xml:space="preserve">oświadczenia i oświadczam, że rodzeństwo kandydata (imię i nazwisko)  </w:t>
      </w:r>
    </w:p>
    <w:p w14:paraId="6C4AC16A" w14:textId="77777777" w:rsidR="004B0EF9" w:rsidRDefault="00000000">
      <w:pPr>
        <w:widowControl w:val="0"/>
        <w:spacing w:after="101"/>
      </w:pPr>
      <w:r>
        <w:rPr>
          <w:lang w:val="pl-PL" w:eastAsia="pl-PL" w:bidi="pl-PL"/>
        </w:rPr>
        <w:t xml:space="preserve">………………………………………………………………….. </w:t>
      </w:r>
    </w:p>
    <w:p w14:paraId="0AEAF693" w14:textId="77777777" w:rsidR="004B0EF9" w:rsidRDefault="00000000">
      <w:pPr>
        <w:widowControl w:val="0"/>
        <w:spacing w:after="552"/>
      </w:pPr>
      <w:r>
        <w:rPr>
          <w:lang w:val="pl-PL" w:eastAsia="pl-PL" w:bidi="pl-PL"/>
        </w:rPr>
        <w:t xml:space="preserve">ubiega się o przyjęcie do placówki zapewniającej opiekę i wychowanie uczniom w okresie </w:t>
      </w:r>
      <w:r>
        <w:br/>
      </w:r>
      <w:r>
        <w:rPr>
          <w:lang w:val="pl-PL" w:eastAsia="pl-PL" w:bidi="pl-PL"/>
        </w:rPr>
        <w:t xml:space="preserve">pobierania nauki poza miejscem stałego zamieszkania (nazwa i adres placówki) </w:t>
      </w:r>
    </w:p>
    <w:p w14:paraId="73020AA4" w14:textId="77777777" w:rsidR="004B0EF9" w:rsidRDefault="00000000">
      <w:pPr>
        <w:widowControl w:val="0"/>
        <w:spacing w:after="376"/>
      </w:pPr>
      <w:r>
        <w:rPr>
          <w:lang w:val="pl-PL" w:eastAsia="pl-PL" w:bidi="pl-PL"/>
        </w:rPr>
        <w:t xml:space="preserve">………………………………………………………………………………………………… </w:t>
      </w:r>
    </w:p>
    <w:p w14:paraId="305F19FC" w14:textId="77777777" w:rsidR="004B0EF9" w:rsidRDefault="00000000">
      <w:pPr>
        <w:widowControl w:val="0"/>
        <w:spacing w:after="376"/>
      </w:pPr>
      <w:r>
        <w:rPr>
          <w:lang w:val="pl-PL" w:eastAsia="pl-PL" w:bidi="pl-PL"/>
        </w:rPr>
        <w:t xml:space="preserve">………………………………………………………………………………………………… </w:t>
      </w:r>
    </w:p>
    <w:p w14:paraId="4B749B4F" w14:textId="77777777" w:rsidR="004B0EF9" w:rsidRDefault="00000000">
      <w:pPr>
        <w:widowControl w:val="0"/>
        <w:spacing w:after="752"/>
      </w:pPr>
      <w:r>
        <w:rPr>
          <w:lang w:val="pl-PL" w:eastAsia="pl-PL" w:bidi="pl-PL"/>
        </w:rPr>
        <w:t xml:space="preserve">………………………………………………………………………………………………… </w:t>
      </w:r>
    </w:p>
    <w:p w14:paraId="5376F978" w14:textId="77777777" w:rsidR="004B0EF9" w:rsidRDefault="00000000">
      <w:pPr>
        <w:widowControl w:val="0"/>
        <w:ind w:right="63"/>
        <w:jc w:val="right"/>
      </w:pPr>
      <w:r>
        <w:rPr>
          <w:lang w:val="pl-PL" w:eastAsia="pl-PL" w:bidi="pl-PL"/>
        </w:rPr>
        <w:t xml:space="preserve">……………………………………….. </w:t>
      </w:r>
    </w:p>
    <w:p w14:paraId="164D4D48" w14:textId="77777777" w:rsidR="004B0EF9" w:rsidRDefault="00000000">
      <w:pPr>
        <w:widowControl w:val="0"/>
        <w:spacing w:line="230" w:lineRule="exact"/>
        <w:ind w:right="63"/>
        <w:jc w:val="right"/>
      </w:pPr>
      <w:r>
        <w:rPr>
          <w:sz w:val="20"/>
          <w:lang w:val="pl-PL" w:eastAsia="pl-PL" w:bidi="pl-PL"/>
        </w:rPr>
        <w:t xml:space="preserve">Podpis rodzica/opiekuna prawnego/ </w:t>
      </w:r>
      <w:r>
        <w:br/>
      </w:r>
      <w:r>
        <w:rPr>
          <w:sz w:val="20"/>
          <w:lang w:val="pl-PL" w:eastAsia="pl-PL" w:bidi="pl-PL"/>
        </w:rPr>
        <w:t xml:space="preserve">pełnoletniego kandydata </w:t>
      </w:r>
    </w:p>
    <w:sectPr w:rsidR="004B0EF9" w:rsidSect="00034616">
      <w:pgSz w:w="11906" w:h="16838"/>
      <w:pgMar w:top="1444" w:right="1378" w:bottom="1440" w:left="143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55001446">
    <w:abstractNumId w:val="8"/>
  </w:num>
  <w:num w:numId="2" w16cid:durableId="398331881">
    <w:abstractNumId w:val="6"/>
  </w:num>
  <w:num w:numId="3" w16cid:durableId="531236325">
    <w:abstractNumId w:val="5"/>
  </w:num>
  <w:num w:numId="4" w16cid:durableId="1052919899">
    <w:abstractNumId w:val="4"/>
  </w:num>
  <w:num w:numId="5" w16cid:durableId="1837989042">
    <w:abstractNumId w:val="7"/>
  </w:num>
  <w:num w:numId="6" w16cid:durableId="1414012358">
    <w:abstractNumId w:val="3"/>
  </w:num>
  <w:num w:numId="7" w16cid:durableId="1721444276">
    <w:abstractNumId w:val="2"/>
  </w:num>
  <w:num w:numId="8" w16cid:durableId="1462461468">
    <w:abstractNumId w:val="1"/>
  </w:num>
  <w:num w:numId="9" w16cid:durableId="2136478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1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B0EF9"/>
    <w:rsid w:val="006D6FFC"/>
    <w:rsid w:val="007B753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A0B457"/>
  <w14:defaultImageDpi w14:val="300"/>
  <w15:docId w15:val="{961EA4EB-320B-D045-9DBE-785019EF6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0" w:line="276" w:lineRule="exact"/>
    </w:pPr>
    <w:rPr>
      <w:rFonts w:ascii="Times New Roman" w:eastAsia="Times New Roman" w:hAnsi="Times New Roman" w:cs="Times New Roman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849</Characters>
  <Application>Microsoft Office Word</Application>
  <DocSecurity>0</DocSecurity>
  <Lines>70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dotyczące rodzeństwa kandydata</dc:title>
  <dc:subject>Oświadczenie rekrutacyjne</dc:subject>
  <dc:creator>Małgorzata Dzika</dc:creator>
  <cp:keywords/>
  <dc:description>generated by python-docx</dc:description>
  <cp:lastModifiedBy>Małgorzata Dzika</cp:lastModifiedBy>
  <cp:revision>2</cp:revision>
  <dcterms:created xsi:type="dcterms:W3CDTF">2026-08-27T22:12:00Z</dcterms:created>
  <dcterms:modified xsi:type="dcterms:W3CDTF">2026-08-27T22:12:00Z</dcterms:modified>
  <cp:category/>
</cp:coreProperties>
</file>